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28A5E" w14:textId="27670608" w:rsidR="00006F8D" w:rsidRPr="006E22CD" w:rsidRDefault="008D3EFF" w:rsidP="006E22CD">
      <w:pPr>
        <w:pStyle w:val="Heading1"/>
        <w:pBdr>
          <w:bottom w:val="single" w:sz="12" w:space="1" w:color="auto"/>
        </w:pBdr>
        <w:jc w:val="center"/>
      </w:pPr>
      <w:r w:rsidRPr="006E22CD">
        <w:rPr>
          <w:lang w:val="en-GB"/>
        </w:rPr>
        <w:t>Open Call for AIFs – Expression of Interest</w:t>
      </w:r>
    </w:p>
    <w:p w14:paraId="486328B1" w14:textId="13D2EA00" w:rsidR="00006F8D" w:rsidRPr="006E22CD" w:rsidRDefault="006E22CD" w:rsidP="006E22CD">
      <w:pPr>
        <w:jc w:val="center"/>
        <w:rPr>
          <w:rFonts w:ascii="Arial" w:hAnsi="Arial" w:cs="Arial"/>
          <w:szCs w:val="20"/>
        </w:rPr>
      </w:pPr>
      <w:r w:rsidRPr="006E22CD">
        <w:rPr>
          <w:rFonts w:ascii="Arial" w:hAnsi="Arial" w:cs="Arial"/>
          <w:i/>
          <w:szCs w:val="20"/>
          <w:lang w:val="en-GB"/>
        </w:rPr>
        <w:t>Form for the initial submission of an investment opportunity</w:t>
      </w:r>
    </w:p>
    <w:p w14:paraId="24AFB1C5" w14:textId="429CD4B5" w:rsidR="006E22CD" w:rsidRPr="006E22CD" w:rsidRDefault="008D3EFF" w:rsidP="006E22CD">
      <w:pPr>
        <w:pStyle w:val="Heading2"/>
      </w:pPr>
      <w:r w:rsidRPr="006E22CD">
        <w:rPr>
          <w:rStyle w:val="Heading2Char"/>
          <w:b/>
          <w:bCs/>
          <w:lang w:val="en-GB"/>
        </w:rPr>
        <w:t>Purpose of the form</w:t>
      </w:r>
    </w:p>
    <w:p w14:paraId="1F1CE18C" w14:textId="028F369F" w:rsidR="00006F8D" w:rsidRPr="006E22CD" w:rsidRDefault="4782B0D4" w:rsidP="0FE4B9C8">
      <w:pPr>
        <w:spacing w:after="0"/>
        <w:jc w:val="both"/>
        <w:rPr>
          <w:rFonts w:ascii="Arial" w:hAnsi="Arial" w:cs="Arial"/>
        </w:rPr>
      </w:pPr>
      <w:r w:rsidRPr="0FE4B9C8">
        <w:rPr>
          <w:rFonts w:ascii="Arial" w:hAnsi="Arial" w:cs="Arial"/>
          <w:lang w:val="en-GB"/>
        </w:rPr>
        <w:t>This form is intended for the submission of basic information about an alternative investment fund or a proposed fund in which the manager or team wishes SID Kapital, with professional support from SID UP, to consider investing under the open call for AIFs.</w:t>
      </w:r>
    </w:p>
    <w:p w14:paraId="721296D1" w14:textId="2731B9D1" w:rsidR="006E22CD" w:rsidRPr="006E22CD" w:rsidRDefault="008D3EFF" w:rsidP="006E22CD">
      <w:pPr>
        <w:pStyle w:val="Heading2"/>
        <w:jc w:val="both"/>
      </w:pPr>
      <w:r w:rsidRPr="006E22CD">
        <w:rPr>
          <w:rStyle w:val="Heading2Char"/>
          <w:b/>
          <w:bCs/>
          <w:lang w:val="en-GB"/>
        </w:rPr>
        <w:t>Important</w:t>
      </w:r>
    </w:p>
    <w:p w14:paraId="32058A22" w14:textId="5F3E723C" w:rsidR="00006F8D" w:rsidRPr="007D6F77" w:rsidRDefault="4782B0D4" w:rsidP="0FE4B9C8">
      <w:pPr>
        <w:spacing w:after="0"/>
        <w:jc w:val="both"/>
        <w:rPr>
          <w:rFonts w:ascii="Arial" w:hAnsi="Arial" w:cs="Arial"/>
        </w:rPr>
      </w:pPr>
      <w:r w:rsidRPr="0FE4B9C8">
        <w:rPr>
          <w:rFonts w:ascii="Arial" w:hAnsi="Arial" w:cs="Arial"/>
          <w:lang w:val="en-GB"/>
        </w:rPr>
        <w:t>Submission of this form serves solely as an initial presentation of an investment opportunity. Submission of the form, any related communication or acknowledgement of receipt of the form does not constitute the commencement of due diligence or negotiations, an entitlement to financing, a commitment to invest or any other legally binding obligation on the part of SID Kapital.</w:t>
      </w:r>
    </w:p>
    <w:p w14:paraId="556F5890" w14:textId="77777777" w:rsidR="005F43D5" w:rsidRPr="007D6F77" w:rsidRDefault="003A72A2" w:rsidP="007D6F77">
      <w:pPr>
        <w:spacing w:after="0"/>
        <w:jc w:val="both"/>
        <w:rPr>
          <w:rFonts w:ascii="Arial" w:hAnsi="Arial" w:cs="Arial"/>
        </w:rPr>
      </w:pPr>
      <w:r w:rsidRPr="007D6F77">
        <w:rPr>
          <w:rFonts w:ascii="Arial" w:hAnsi="Arial" w:cs="Arial"/>
          <w:lang w:val="en-GB"/>
        </w:rPr>
        <w:t>Upon receipt of an expression of interest, SID UP conducts an initial internal review of the investment opportunity received and decides whether to admit it to the preliminary assessment stage. If the opportunity is admitted to this stage, SID UP may provide the applicant with a preliminary questionnaire or request additional information or documentation.</w:t>
      </w:r>
    </w:p>
    <w:p w14:paraId="49BC8974" w14:textId="5A3CC998" w:rsidR="005F43D5" w:rsidRDefault="565548E0" w:rsidP="007D6F77">
      <w:pPr>
        <w:spacing w:after="0"/>
        <w:jc w:val="both"/>
      </w:pPr>
      <w:r w:rsidRPr="565548E0">
        <w:rPr>
          <w:rFonts w:ascii="Arial" w:hAnsi="Arial" w:cs="Arial"/>
          <w:lang w:val="en-GB"/>
        </w:rPr>
        <w:t>The applicant bears all costs of preparing and submitting the expression of interest, preparing any attachments and participating in the process.</w:t>
      </w:r>
    </w:p>
    <w:p w14:paraId="2D40E558" w14:textId="77777777" w:rsidR="006E22CD" w:rsidRPr="006E22CD" w:rsidRDefault="006E22CD" w:rsidP="006E22CD">
      <w:pPr>
        <w:spacing w:after="0"/>
        <w:rPr>
          <w:rFonts w:ascii="Arial" w:hAnsi="Arial" w:cs="Arial"/>
          <w:szCs w:val="20"/>
        </w:rPr>
      </w:pPr>
    </w:p>
    <w:p w14:paraId="1990FEC4" w14:textId="77777777" w:rsidR="00006F8D" w:rsidRPr="006E22CD" w:rsidRDefault="008D3EFF" w:rsidP="006E22CD">
      <w:pPr>
        <w:pStyle w:val="Heading2"/>
      </w:pPr>
      <w:r w:rsidRPr="006E22CD">
        <w:rPr>
          <w:lang w:val="en-GB"/>
        </w:rPr>
        <w:t>1. Applicant details</w:t>
      </w:r>
    </w:p>
    <w:tbl>
      <w:tblPr>
        <w:tblStyle w:val="TableGrid"/>
        <w:tblW w:w="0" w:type="auto"/>
        <w:jc w:val="center"/>
        <w:tblLook w:val="04A0" w:firstRow="1" w:lastRow="0" w:firstColumn="1" w:lastColumn="0" w:noHBand="0" w:noVBand="1"/>
      </w:tblPr>
      <w:tblGrid>
        <w:gridCol w:w="3402"/>
        <w:gridCol w:w="5669"/>
      </w:tblGrid>
      <w:tr w:rsidR="00006F8D" w:rsidRPr="006E22CD" w14:paraId="6EEA4E90" w14:textId="77777777" w:rsidTr="001814D7">
        <w:trPr>
          <w:jc w:val="center"/>
        </w:trPr>
        <w:tc>
          <w:tcPr>
            <w:tcW w:w="3402" w:type="dxa"/>
            <w:shd w:val="clear" w:color="auto" w:fill="368DBC"/>
            <w:vAlign w:val="center"/>
          </w:tcPr>
          <w:p w14:paraId="6A8A5275" w14:textId="77777777" w:rsidR="00006F8D" w:rsidRPr="006E22CD" w:rsidRDefault="008D3EFF">
            <w:pPr>
              <w:rPr>
                <w:rFonts w:ascii="Arial" w:hAnsi="Arial" w:cs="Arial"/>
                <w:szCs w:val="20"/>
              </w:rPr>
            </w:pPr>
            <w:r w:rsidRPr="006E22CD">
              <w:rPr>
                <w:rFonts w:ascii="Arial" w:hAnsi="Arial" w:cs="Arial"/>
                <w:b/>
                <w:szCs w:val="20"/>
                <w:lang w:val="en-GB"/>
              </w:rPr>
              <w:t>Field</w:t>
            </w:r>
          </w:p>
        </w:tc>
        <w:tc>
          <w:tcPr>
            <w:tcW w:w="5669" w:type="dxa"/>
            <w:shd w:val="clear" w:color="auto" w:fill="368DBC"/>
            <w:vAlign w:val="center"/>
          </w:tcPr>
          <w:p w14:paraId="578A479E" w14:textId="77777777" w:rsidR="00006F8D" w:rsidRPr="006E22CD" w:rsidRDefault="008D3EFF">
            <w:pPr>
              <w:rPr>
                <w:rFonts w:ascii="Arial" w:hAnsi="Arial" w:cs="Arial"/>
                <w:szCs w:val="20"/>
              </w:rPr>
            </w:pPr>
            <w:r w:rsidRPr="006E22CD">
              <w:rPr>
                <w:rFonts w:ascii="Arial" w:hAnsi="Arial" w:cs="Arial"/>
                <w:b/>
                <w:szCs w:val="20"/>
                <w:lang w:val="en-GB"/>
              </w:rPr>
              <w:t>Details</w:t>
            </w:r>
          </w:p>
        </w:tc>
      </w:tr>
      <w:tr w:rsidR="00006F8D" w:rsidRPr="006E22CD" w14:paraId="13AF04BB" w14:textId="77777777">
        <w:trPr>
          <w:jc w:val="center"/>
        </w:trPr>
        <w:tc>
          <w:tcPr>
            <w:tcW w:w="3402" w:type="dxa"/>
            <w:vAlign w:val="center"/>
          </w:tcPr>
          <w:p w14:paraId="2DD4E62C" w14:textId="77777777" w:rsidR="00006F8D" w:rsidRPr="006E22CD" w:rsidRDefault="008D3EFF">
            <w:pPr>
              <w:rPr>
                <w:rFonts w:ascii="Arial" w:hAnsi="Arial" w:cs="Arial"/>
                <w:szCs w:val="20"/>
              </w:rPr>
            </w:pPr>
            <w:r w:rsidRPr="006E22CD">
              <w:rPr>
                <w:rFonts w:ascii="Arial" w:hAnsi="Arial" w:cs="Arial"/>
                <w:szCs w:val="20"/>
                <w:lang w:val="en-GB"/>
              </w:rPr>
              <w:t>Name of manager / team</w:t>
            </w:r>
          </w:p>
        </w:tc>
        <w:tc>
          <w:tcPr>
            <w:tcW w:w="5669" w:type="dxa"/>
            <w:vAlign w:val="center"/>
          </w:tcPr>
          <w:p w14:paraId="5B8EE333"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30DFB001" w14:textId="77777777">
        <w:trPr>
          <w:jc w:val="center"/>
        </w:trPr>
        <w:tc>
          <w:tcPr>
            <w:tcW w:w="3402" w:type="dxa"/>
            <w:vAlign w:val="center"/>
          </w:tcPr>
          <w:p w14:paraId="3C552E4F" w14:textId="77777777" w:rsidR="00006F8D" w:rsidRPr="006E22CD" w:rsidRDefault="008D3EFF">
            <w:pPr>
              <w:rPr>
                <w:rFonts w:ascii="Arial" w:hAnsi="Arial" w:cs="Arial"/>
                <w:szCs w:val="20"/>
              </w:rPr>
            </w:pPr>
            <w:r w:rsidRPr="006E22CD">
              <w:rPr>
                <w:rFonts w:ascii="Arial" w:hAnsi="Arial" w:cs="Arial"/>
                <w:szCs w:val="20"/>
                <w:lang w:val="en-GB"/>
              </w:rPr>
              <w:t>Contact person</w:t>
            </w:r>
          </w:p>
        </w:tc>
        <w:tc>
          <w:tcPr>
            <w:tcW w:w="5669" w:type="dxa"/>
            <w:vAlign w:val="center"/>
          </w:tcPr>
          <w:p w14:paraId="2ADE6544" w14:textId="77777777" w:rsidR="00006F8D" w:rsidRPr="006E22CD" w:rsidRDefault="008D3EFF">
            <w:pPr>
              <w:rPr>
                <w:rFonts w:ascii="Arial" w:hAnsi="Arial" w:cs="Arial"/>
                <w:szCs w:val="20"/>
              </w:rPr>
            </w:pPr>
            <w:r w:rsidRPr="006E22CD">
              <w:rPr>
                <w:rFonts w:ascii="Arial" w:hAnsi="Arial" w:cs="Arial"/>
                <w:szCs w:val="20"/>
                <w:lang w:val="en-GB"/>
              </w:rPr>
              <w:t>[first name, surname, position]</w:t>
            </w:r>
          </w:p>
        </w:tc>
      </w:tr>
      <w:tr w:rsidR="00006F8D" w:rsidRPr="006E22CD" w14:paraId="30B93E17" w14:textId="77777777">
        <w:trPr>
          <w:jc w:val="center"/>
        </w:trPr>
        <w:tc>
          <w:tcPr>
            <w:tcW w:w="3402" w:type="dxa"/>
            <w:vAlign w:val="center"/>
          </w:tcPr>
          <w:p w14:paraId="106FE916" w14:textId="77777777" w:rsidR="00006F8D" w:rsidRPr="006E22CD" w:rsidRDefault="008D3EFF">
            <w:pPr>
              <w:rPr>
                <w:rFonts w:ascii="Arial" w:hAnsi="Arial" w:cs="Arial"/>
                <w:szCs w:val="20"/>
              </w:rPr>
            </w:pPr>
            <w:r w:rsidRPr="006E22CD">
              <w:rPr>
                <w:rFonts w:ascii="Arial" w:hAnsi="Arial" w:cs="Arial"/>
                <w:szCs w:val="20"/>
                <w:lang w:val="en-GB"/>
              </w:rPr>
              <w:t>Email address</w:t>
            </w:r>
          </w:p>
        </w:tc>
        <w:tc>
          <w:tcPr>
            <w:tcW w:w="5669" w:type="dxa"/>
            <w:vAlign w:val="center"/>
          </w:tcPr>
          <w:p w14:paraId="304DB8DA"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62C8B108" w14:textId="77777777">
        <w:trPr>
          <w:jc w:val="center"/>
        </w:trPr>
        <w:tc>
          <w:tcPr>
            <w:tcW w:w="3402" w:type="dxa"/>
            <w:vAlign w:val="center"/>
          </w:tcPr>
          <w:p w14:paraId="4D8FC95A" w14:textId="77777777" w:rsidR="00006F8D" w:rsidRPr="006E22CD" w:rsidRDefault="008D3EFF">
            <w:pPr>
              <w:rPr>
                <w:rFonts w:ascii="Arial" w:hAnsi="Arial" w:cs="Arial"/>
                <w:szCs w:val="20"/>
              </w:rPr>
            </w:pPr>
            <w:r w:rsidRPr="006E22CD">
              <w:rPr>
                <w:rFonts w:ascii="Arial" w:hAnsi="Arial" w:cs="Arial"/>
                <w:szCs w:val="20"/>
                <w:lang w:val="en-GB"/>
              </w:rPr>
              <w:t>Telephone</w:t>
            </w:r>
          </w:p>
        </w:tc>
        <w:tc>
          <w:tcPr>
            <w:tcW w:w="5669" w:type="dxa"/>
            <w:vAlign w:val="center"/>
          </w:tcPr>
          <w:p w14:paraId="202C6919"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7AB76E55" w14:textId="77777777">
        <w:trPr>
          <w:jc w:val="center"/>
        </w:trPr>
        <w:tc>
          <w:tcPr>
            <w:tcW w:w="3402" w:type="dxa"/>
            <w:vAlign w:val="center"/>
          </w:tcPr>
          <w:p w14:paraId="483C6EA6" w14:textId="77777777" w:rsidR="00006F8D" w:rsidRPr="006E22CD" w:rsidRDefault="008D3EFF">
            <w:pPr>
              <w:rPr>
                <w:rFonts w:ascii="Arial" w:hAnsi="Arial" w:cs="Arial"/>
                <w:szCs w:val="20"/>
              </w:rPr>
            </w:pPr>
            <w:r w:rsidRPr="006E22CD">
              <w:rPr>
                <w:rFonts w:ascii="Arial" w:hAnsi="Arial" w:cs="Arial"/>
                <w:szCs w:val="20"/>
                <w:lang w:val="en-GB"/>
              </w:rPr>
              <w:t>Website, if available</w:t>
            </w:r>
          </w:p>
        </w:tc>
        <w:tc>
          <w:tcPr>
            <w:tcW w:w="5669" w:type="dxa"/>
            <w:vAlign w:val="center"/>
          </w:tcPr>
          <w:p w14:paraId="516DC1FA"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756B1998" w14:textId="77777777">
        <w:trPr>
          <w:jc w:val="center"/>
        </w:trPr>
        <w:tc>
          <w:tcPr>
            <w:tcW w:w="3402" w:type="dxa"/>
            <w:vAlign w:val="center"/>
          </w:tcPr>
          <w:p w14:paraId="6A109CE6" w14:textId="77777777" w:rsidR="00006F8D" w:rsidRPr="006E22CD" w:rsidRDefault="008D3EFF">
            <w:pPr>
              <w:rPr>
                <w:rFonts w:ascii="Arial" w:hAnsi="Arial" w:cs="Arial"/>
                <w:szCs w:val="20"/>
              </w:rPr>
            </w:pPr>
            <w:r w:rsidRPr="006E22CD">
              <w:rPr>
                <w:rFonts w:ascii="Arial" w:hAnsi="Arial" w:cs="Arial"/>
                <w:szCs w:val="20"/>
                <w:lang w:val="en-GB"/>
              </w:rPr>
              <w:t>Manager status</w:t>
            </w:r>
          </w:p>
        </w:tc>
        <w:tc>
          <w:tcPr>
            <w:tcW w:w="5669" w:type="dxa"/>
            <w:vAlign w:val="center"/>
          </w:tcPr>
          <w:p w14:paraId="1A6024A9" w14:textId="77777777" w:rsidR="00006F8D" w:rsidRPr="006E22CD" w:rsidRDefault="008D3EFF">
            <w:pPr>
              <w:rPr>
                <w:rFonts w:ascii="Arial" w:hAnsi="Arial" w:cs="Arial"/>
                <w:szCs w:val="20"/>
              </w:rPr>
            </w:pPr>
            <w:r w:rsidRPr="006E22CD">
              <w:rPr>
                <w:rFonts w:ascii="Arial" w:hAnsi="Arial" w:cs="Arial"/>
                <w:szCs w:val="20"/>
                <w:lang w:val="en-GB"/>
              </w:rPr>
              <w:t>[established / being established / other]</w:t>
            </w:r>
          </w:p>
        </w:tc>
      </w:tr>
      <w:tr w:rsidR="00006F8D" w:rsidRPr="006E22CD" w14:paraId="30018661" w14:textId="77777777">
        <w:trPr>
          <w:jc w:val="center"/>
        </w:trPr>
        <w:tc>
          <w:tcPr>
            <w:tcW w:w="3402" w:type="dxa"/>
            <w:vAlign w:val="center"/>
          </w:tcPr>
          <w:p w14:paraId="28C1D0E2" w14:textId="77777777" w:rsidR="00006F8D" w:rsidRPr="006E22CD" w:rsidRDefault="008D3EFF">
            <w:pPr>
              <w:rPr>
                <w:rFonts w:ascii="Arial" w:hAnsi="Arial" w:cs="Arial"/>
                <w:szCs w:val="20"/>
              </w:rPr>
            </w:pPr>
            <w:r w:rsidRPr="006E22CD">
              <w:rPr>
                <w:rFonts w:ascii="Arial" w:hAnsi="Arial" w:cs="Arial"/>
                <w:szCs w:val="20"/>
                <w:lang w:val="en-GB"/>
              </w:rPr>
              <w:t>Country / registered office of the manager or location of the team</w:t>
            </w:r>
          </w:p>
        </w:tc>
        <w:tc>
          <w:tcPr>
            <w:tcW w:w="5669" w:type="dxa"/>
            <w:vAlign w:val="center"/>
          </w:tcPr>
          <w:p w14:paraId="2E7740E6" w14:textId="77777777" w:rsidR="00006F8D" w:rsidRPr="006E22CD" w:rsidRDefault="008D3EFF">
            <w:pPr>
              <w:rPr>
                <w:rFonts w:ascii="Arial" w:hAnsi="Arial" w:cs="Arial"/>
                <w:szCs w:val="20"/>
              </w:rPr>
            </w:pPr>
            <w:r w:rsidRPr="006E22CD">
              <w:rPr>
                <w:rFonts w:ascii="Arial" w:hAnsi="Arial" w:cs="Arial"/>
                <w:szCs w:val="20"/>
                <w:lang w:val="en-GB"/>
              </w:rPr>
              <w:t>[●]</w:t>
            </w:r>
          </w:p>
        </w:tc>
      </w:tr>
    </w:tbl>
    <w:p w14:paraId="458D1460" w14:textId="77777777" w:rsidR="00006F8D" w:rsidRPr="006E22CD" w:rsidRDefault="00006F8D">
      <w:pPr>
        <w:rPr>
          <w:rFonts w:ascii="Arial" w:hAnsi="Arial" w:cs="Arial"/>
          <w:szCs w:val="20"/>
        </w:rPr>
      </w:pPr>
    </w:p>
    <w:p w14:paraId="5053783F" w14:textId="77777777" w:rsidR="00006F8D" w:rsidRPr="006E22CD" w:rsidRDefault="008D3EFF" w:rsidP="006E22CD">
      <w:pPr>
        <w:pStyle w:val="Heading2"/>
      </w:pPr>
      <w:r w:rsidRPr="006E22CD">
        <w:rPr>
          <w:lang w:val="en-GB"/>
        </w:rPr>
        <w:t>2. Basic information about the fund or proposed fund</w:t>
      </w:r>
    </w:p>
    <w:tbl>
      <w:tblPr>
        <w:tblStyle w:val="TableGrid"/>
        <w:tblW w:w="0" w:type="auto"/>
        <w:jc w:val="center"/>
        <w:tblLook w:val="04A0" w:firstRow="1" w:lastRow="0" w:firstColumn="1" w:lastColumn="0" w:noHBand="0" w:noVBand="1"/>
      </w:tblPr>
      <w:tblGrid>
        <w:gridCol w:w="3402"/>
        <w:gridCol w:w="5669"/>
      </w:tblGrid>
      <w:tr w:rsidR="00006F8D" w:rsidRPr="006E22CD" w14:paraId="5A835043" w14:textId="77777777" w:rsidTr="008931DD">
        <w:trPr>
          <w:jc w:val="center"/>
        </w:trPr>
        <w:tc>
          <w:tcPr>
            <w:tcW w:w="3402" w:type="dxa"/>
            <w:shd w:val="clear" w:color="auto" w:fill="368DBC"/>
            <w:vAlign w:val="center"/>
          </w:tcPr>
          <w:p w14:paraId="2D38ECC5" w14:textId="77777777" w:rsidR="00006F8D" w:rsidRPr="006E22CD" w:rsidRDefault="008D3EFF">
            <w:pPr>
              <w:rPr>
                <w:rFonts w:ascii="Arial" w:hAnsi="Arial" w:cs="Arial"/>
                <w:szCs w:val="20"/>
              </w:rPr>
            </w:pPr>
            <w:r w:rsidRPr="006E22CD">
              <w:rPr>
                <w:rFonts w:ascii="Arial" w:hAnsi="Arial" w:cs="Arial"/>
                <w:b/>
                <w:szCs w:val="20"/>
                <w:lang w:val="en-GB"/>
              </w:rPr>
              <w:t>Field</w:t>
            </w:r>
          </w:p>
        </w:tc>
        <w:tc>
          <w:tcPr>
            <w:tcW w:w="5669" w:type="dxa"/>
            <w:shd w:val="clear" w:color="auto" w:fill="368DBC"/>
            <w:vAlign w:val="center"/>
          </w:tcPr>
          <w:p w14:paraId="7BDFF9E9" w14:textId="77777777" w:rsidR="00006F8D" w:rsidRPr="006E22CD" w:rsidRDefault="008D3EFF">
            <w:pPr>
              <w:rPr>
                <w:rFonts w:ascii="Arial" w:hAnsi="Arial" w:cs="Arial"/>
                <w:szCs w:val="20"/>
              </w:rPr>
            </w:pPr>
            <w:r w:rsidRPr="006E22CD">
              <w:rPr>
                <w:rFonts w:ascii="Arial" w:hAnsi="Arial" w:cs="Arial"/>
                <w:b/>
                <w:szCs w:val="20"/>
                <w:lang w:val="en-GB"/>
              </w:rPr>
              <w:t>Details</w:t>
            </w:r>
          </w:p>
        </w:tc>
      </w:tr>
      <w:tr w:rsidR="00006F8D" w:rsidRPr="006E22CD" w14:paraId="29BFE2B5" w14:textId="77777777">
        <w:trPr>
          <w:jc w:val="center"/>
        </w:trPr>
        <w:tc>
          <w:tcPr>
            <w:tcW w:w="3402" w:type="dxa"/>
            <w:vAlign w:val="center"/>
          </w:tcPr>
          <w:p w14:paraId="7AAAF47A" w14:textId="77777777" w:rsidR="00006F8D" w:rsidRPr="006E22CD" w:rsidRDefault="008D3EFF">
            <w:pPr>
              <w:rPr>
                <w:rFonts w:ascii="Arial" w:hAnsi="Arial" w:cs="Arial"/>
                <w:szCs w:val="20"/>
              </w:rPr>
            </w:pPr>
            <w:r w:rsidRPr="006E22CD">
              <w:rPr>
                <w:rFonts w:ascii="Arial" w:hAnsi="Arial" w:cs="Arial"/>
                <w:szCs w:val="20"/>
                <w:lang w:val="en-GB"/>
              </w:rPr>
              <w:t>Fund name / working name</w:t>
            </w:r>
          </w:p>
        </w:tc>
        <w:tc>
          <w:tcPr>
            <w:tcW w:w="5669" w:type="dxa"/>
            <w:vAlign w:val="center"/>
          </w:tcPr>
          <w:p w14:paraId="0B71D9DE"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4667779F" w14:textId="77777777">
        <w:trPr>
          <w:jc w:val="center"/>
        </w:trPr>
        <w:tc>
          <w:tcPr>
            <w:tcW w:w="3402" w:type="dxa"/>
            <w:vAlign w:val="center"/>
          </w:tcPr>
          <w:p w14:paraId="4168F10D" w14:textId="77777777" w:rsidR="00006F8D" w:rsidRPr="006E22CD" w:rsidRDefault="008D3EFF">
            <w:pPr>
              <w:rPr>
                <w:rFonts w:ascii="Arial" w:hAnsi="Arial" w:cs="Arial"/>
                <w:szCs w:val="20"/>
              </w:rPr>
            </w:pPr>
            <w:r w:rsidRPr="006E22CD">
              <w:rPr>
                <w:rFonts w:ascii="Arial" w:hAnsi="Arial" w:cs="Arial"/>
                <w:szCs w:val="20"/>
                <w:lang w:val="en-GB"/>
              </w:rPr>
              <w:t>Fund status</w:t>
            </w:r>
          </w:p>
        </w:tc>
        <w:tc>
          <w:tcPr>
            <w:tcW w:w="5669" w:type="dxa"/>
            <w:vAlign w:val="center"/>
          </w:tcPr>
          <w:p w14:paraId="71F45B82" w14:textId="77777777" w:rsidR="00006F8D" w:rsidRPr="006E22CD" w:rsidRDefault="008D3EFF">
            <w:pPr>
              <w:rPr>
                <w:rFonts w:ascii="Arial" w:hAnsi="Arial" w:cs="Arial"/>
                <w:szCs w:val="20"/>
              </w:rPr>
            </w:pPr>
            <w:r w:rsidRPr="006E22CD">
              <w:rPr>
                <w:rFonts w:ascii="Arial" w:hAnsi="Arial" w:cs="Arial"/>
                <w:szCs w:val="20"/>
                <w:lang w:val="en-GB"/>
              </w:rPr>
              <w:t>[established / being established / proposed]</w:t>
            </w:r>
          </w:p>
        </w:tc>
      </w:tr>
      <w:tr w:rsidR="00006F8D" w:rsidRPr="006E22CD" w14:paraId="1F303CDB" w14:textId="77777777">
        <w:trPr>
          <w:jc w:val="center"/>
        </w:trPr>
        <w:tc>
          <w:tcPr>
            <w:tcW w:w="3402" w:type="dxa"/>
            <w:vAlign w:val="center"/>
          </w:tcPr>
          <w:p w14:paraId="0A64F019" w14:textId="77777777" w:rsidR="00006F8D" w:rsidRPr="006E22CD" w:rsidRDefault="008D3EFF">
            <w:pPr>
              <w:rPr>
                <w:rFonts w:ascii="Arial" w:hAnsi="Arial" w:cs="Arial"/>
                <w:szCs w:val="20"/>
              </w:rPr>
            </w:pPr>
            <w:r w:rsidRPr="006E22CD">
              <w:rPr>
                <w:rFonts w:ascii="Arial" w:hAnsi="Arial" w:cs="Arial"/>
                <w:szCs w:val="20"/>
                <w:lang w:val="en-GB"/>
              </w:rPr>
              <w:t>Intended jurisdiction or registered office of the fund</w:t>
            </w:r>
          </w:p>
        </w:tc>
        <w:tc>
          <w:tcPr>
            <w:tcW w:w="5669" w:type="dxa"/>
            <w:vAlign w:val="center"/>
          </w:tcPr>
          <w:p w14:paraId="5D5BA0AF"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12368639" w14:textId="77777777">
        <w:trPr>
          <w:jc w:val="center"/>
        </w:trPr>
        <w:tc>
          <w:tcPr>
            <w:tcW w:w="3402" w:type="dxa"/>
            <w:vAlign w:val="center"/>
          </w:tcPr>
          <w:p w14:paraId="189B6AE3" w14:textId="77777777" w:rsidR="00006F8D" w:rsidRPr="006E22CD" w:rsidRDefault="008D3EFF">
            <w:pPr>
              <w:rPr>
                <w:rFonts w:ascii="Arial" w:hAnsi="Arial" w:cs="Arial"/>
                <w:szCs w:val="20"/>
              </w:rPr>
            </w:pPr>
            <w:r w:rsidRPr="006E22CD">
              <w:rPr>
                <w:rFonts w:ascii="Arial" w:hAnsi="Arial" w:cs="Arial"/>
                <w:szCs w:val="20"/>
                <w:lang w:val="en-GB"/>
              </w:rPr>
              <w:t>Fund type / strategy</w:t>
            </w:r>
          </w:p>
        </w:tc>
        <w:tc>
          <w:tcPr>
            <w:tcW w:w="5669" w:type="dxa"/>
            <w:vAlign w:val="center"/>
          </w:tcPr>
          <w:p w14:paraId="1D604B54" w14:textId="77777777" w:rsidR="00006F8D" w:rsidRPr="006E22CD" w:rsidRDefault="008D3EFF">
            <w:pPr>
              <w:rPr>
                <w:rFonts w:ascii="Arial" w:hAnsi="Arial" w:cs="Arial"/>
                <w:szCs w:val="20"/>
              </w:rPr>
            </w:pPr>
            <w:r w:rsidRPr="006E22CD">
              <w:rPr>
                <w:rFonts w:ascii="Arial" w:hAnsi="Arial" w:cs="Arial"/>
                <w:szCs w:val="20"/>
                <w:lang w:val="en-GB"/>
              </w:rPr>
              <w:t>[venture capital / technology transfer / private equity / growth / infrastructure / other]</w:t>
            </w:r>
          </w:p>
        </w:tc>
      </w:tr>
      <w:tr w:rsidR="00006F8D" w:rsidRPr="006E22CD" w14:paraId="2396C110" w14:textId="77777777">
        <w:trPr>
          <w:jc w:val="center"/>
        </w:trPr>
        <w:tc>
          <w:tcPr>
            <w:tcW w:w="3402" w:type="dxa"/>
            <w:vAlign w:val="center"/>
          </w:tcPr>
          <w:p w14:paraId="50C7EEBB" w14:textId="77777777" w:rsidR="00006F8D" w:rsidRPr="006E22CD" w:rsidRDefault="008D3EFF">
            <w:pPr>
              <w:rPr>
                <w:rFonts w:ascii="Arial" w:hAnsi="Arial" w:cs="Arial"/>
                <w:szCs w:val="20"/>
              </w:rPr>
            </w:pPr>
            <w:r w:rsidRPr="006E22CD">
              <w:rPr>
                <w:rFonts w:ascii="Arial" w:hAnsi="Arial" w:cs="Arial"/>
                <w:szCs w:val="20"/>
                <w:lang w:val="en-GB"/>
              </w:rPr>
              <w:t>Target fund size</w:t>
            </w:r>
          </w:p>
        </w:tc>
        <w:tc>
          <w:tcPr>
            <w:tcW w:w="5669" w:type="dxa"/>
            <w:vAlign w:val="center"/>
          </w:tcPr>
          <w:p w14:paraId="211E545A" w14:textId="77777777" w:rsidR="00006F8D" w:rsidRPr="006E22CD" w:rsidRDefault="008D3EFF">
            <w:pPr>
              <w:rPr>
                <w:rFonts w:ascii="Arial" w:hAnsi="Arial" w:cs="Arial"/>
                <w:szCs w:val="20"/>
              </w:rPr>
            </w:pPr>
            <w:r w:rsidRPr="006E22CD">
              <w:rPr>
                <w:rFonts w:ascii="Arial" w:hAnsi="Arial" w:cs="Arial"/>
                <w:szCs w:val="20"/>
                <w:lang w:val="en-GB"/>
              </w:rPr>
              <w:t>[●] EUR</w:t>
            </w:r>
          </w:p>
        </w:tc>
      </w:tr>
      <w:tr w:rsidR="00006F8D" w:rsidRPr="006E22CD" w14:paraId="0C6B0357" w14:textId="77777777">
        <w:trPr>
          <w:jc w:val="center"/>
        </w:trPr>
        <w:tc>
          <w:tcPr>
            <w:tcW w:w="3402" w:type="dxa"/>
            <w:vAlign w:val="center"/>
          </w:tcPr>
          <w:p w14:paraId="69793769" w14:textId="77777777" w:rsidR="00006F8D" w:rsidRPr="006E22CD" w:rsidRDefault="008D3EFF">
            <w:pPr>
              <w:rPr>
                <w:rFonts w:ascii="Arial" w:hAnsi="Arial" w:cs="Arial"/>
                <w:szCs w:val="20"/>
              </w:rPr>
            </w:pPr>
            <w:r w:rsidRPr="006E22CD">
              <w:rPr>
                <w:rFonts w:ascii="Arial" w:hAnsi="Arial" w:cs="Arial"/>
                <w:szCs w:val="20"/>
                <w:lang w:val="en-GB"/>
              </w:rPr>
              <w:t>Indicative expected commitment from SID Kapital d.o.o.</w:t>
            </w:r>
          </w:p>
        </w:tc>
        <w:tc>
          <w:tcPr>
            <w:tcW w:w="5669" w:type="dxa"/>
            <w:vAlign w:val="center"/>
          </w:tcPr>
          <w:p w14:paraId="6A4FA49D" w14:textId="77777777" w:rsidR="00006F8D" w:rsidRPr="006E22CD" w:rsidRDefault="008D3EFF">
            <w:pPr>
              <w:rPr>
                <w:rFonts w:ascii="Arial" w:hAnsi="Arial" w:cs="Arial"/>
                <w:szCs w:val="20"/>
              </w:rPr>
            </w:pPr>
            <w:r w:rsidRPr="006E22CD">
              <w:rPr>
                <w:rFonts w:ascii="Arial" w:hAnsi="Arial" w:cs="Arial"/>
                <w:szCs w:val="20"/>
                <w:lang w:val="en-GB"/>
              </w:rPr>
              <w:t>[●] EUR</w:t>
            </w:r>
          </w:p>
        </w:tc>
      </w:tr>
      <w:tr w:rsidR="00006F8D" w:rsidRPr="006E22CD" w14:paraId="74BB7B1B" w14:textId="77777777">
        <w:trPr>
          <w:jc w:val="center"/>
        </w:trPr>
        <w:tc>
          <w:tcPr>
            <w:tcW w:w="3402" w:type="dxa"/>
            <w:vAlign w:val="center"/>
          </w:tcPr>
          <w:p w14:paraId="006BCE17" w14:textId="77777777" w:rsidR="00006F8D" w:rsidRPr="006E22CD" w:rsidRDefault="008D3EFF">
            <w:pPr>
              <w:rPr>
                <w:rFonts w:ascii="Arial" w:hAnsi="Arial" w:cs="Arial"/>
                <w:szCs w:val="20"/>
              </w:rPr>
            </w:pPr>
            <w:r w:rsidRPr="006E22CD">
              <w:rPr>
                <w:rFonts w:ascii="Arial" w:hAnsi="Arial" w:cs="Arial"/>
                <w:szCs w:val="20"/>
                <w:lang w:val="en-GB"/>
              </w:rPr>
              <w:t>Expected timing of the first closing, if known</w:t>
            </w:r>
          </w:p>
        </w:tc>
        <w:tc>
          <w:tcPr>
            <w:tcW w:w="5669" w:type="dxa"/>
            <w:vAlign w:val="center"/>
          </w:tcPr>
          <w:p w14:paraId="42CE05A6" w14:textId="77777777" w:rsidR="00006F8D" w:rsidRPr="006E22CD" w:rsidRDefault="008D3EFF">
            <w:pPr>
              <w:rPr>
                <w:rFonts w:ascii="Arial" w:hAnsi="Arial" w:cs="Arial"/>
                <w:szCs w:val="20"/>
              </w:rPr>
            </w:pPr>
            <w:r w:rsidRPr="006E22CD">
              <w:rPr>
                <w:rFonts w:ascii="Arial" w:hAnsi="Arial" w:cs="Arial"/>
                <w:szCs w:val="20"/>
                <w:lang w:val="en-GB"/>
              </w:rPr>
              <w:t>[●]</w:t>
            </w:r>
          </w:p>
        </w:tc>
      </w:tr>
    </w:tbl>
    <w:p w14:paraId="576EC340" w14:textId="77777777" w:rsidR="00006F8D" w:rsidRPr="006E22CD" w:rsidRDefault="00006F8D">
      <w:pPr>
        <w:rPr>
          <w:rFonts w:ascii="Arial" w:hAnsi="Arial" w:cs="Arial"/>
          <w:szCs w:val="20"/>
        </w:rPr>
      </w:pPr>
    </w:p>
    <w:p w14:paraId="4F45659C" w14:textId="77777777" w:rsidR="00006F8D" w:rsidRPr="006E22CD" w:rsidRDefault="4782B0D4" w:rsidP="006E22CD">
      <w:pPr>
        <w:pStyle w:val="Heading2"/>
      </w:pPr>
      <w:r>
        <w:rPr>
          <w:lang w:val="en-GB"/>
        </w:rPr>
        <w:t>3. Brief description of the investment opportunity</w:t>
      </w:r>
    </w:p>
    <w:p w14:paraId="3457F913" w14:textId="77777777" w:rsidR="00006F8D" w:rsidRPr="006E22CD" w:rsidRDefault="008D3EFF">
      <w:pPr>
        <w:rPr>
          <w:rFonts w:ascii="Arial" w:hAnsi="Arial" w:cs="Arial"/>
          <w:szCs w:val="20"/>
        </w:rPr>
      </w:pPr>
      <w:r w:rsidRPr="006E22CD">
        <w:rPr>
          <w:rFonts w:ascii="Arial" w:hAnsi="Arial" w:cs="Arial"/>
          <w:szCs w:val="20"/>
          <w:lang w:val="en-GB"/>
        </w:rPr>
        <w:t>Please briefly describe the fund or proposed fund, its investment strategy, target investments, geographical focus, development stages of the target companies or projects, management team and current fundraising status.</w:t>
      </w:r>
    </w:p>
    <w:tbl>
      <w:tblPr>
        <w:tblStyle w:val="TableGrid"/>
        <w:tblW w:w="0" w:type="auto"/>
        <w:jc w:val="center"/>
        <w:tblLook w:val="04A0" w:firstRow="1" w:lastRow="0" w:firstColumn="1" w:lastColumn="0" w:noHBand="0" w:noVBand="1"/>
      </w:tblPr>
      <w:tblGrid>
        <w:gridCol w:w="9071"/>
      </w:tblGrid>
      <w:tr w:rsidR="00006F8D" w:rsidRPr="006E22CD" w14:paraId="15420BF1" w14:textId="77777777" w:rsidTr="00324014">
        <w:trPr>
          <w:jc w:val="center"/>
        </w:trPr>
        <w:tc>
          <w:tcPr>
            <w:tcW w:w="9071" w:type="dxa"/>
            <w:shd w:val="clear" w:color="auto" w:fill="368DBC"/>
            <w:vAlign w:val="center"/>
          </w:tcPr>
          <w:p w14:paraId="2DFB1ADB" w14:textId="77777777" w:rsidR="00006F8D" w:rsidRPr="006E22CD" w:rsidRDefault="008D3EFF">
            <w:pPr>
              <w:rPr>
                <w:rFonts w:ascii="Arial" w:hAnsi="Arial" w:cs="Arial"/>
                <w:szCs w:val="20"/>
              </w:rPr>
            </w:pPr>
            <w:r w:rsidRPr="006E22CD">
              <w:rPr>
                <w:rFonts w:ascii="Arial" w:hAnsi="Arial" w:cs="Arial"/>
                <w:b/>
                <w:szCs w:val="20"/>
                <w:lang w:val="en-GB"/>
              </w:rPr>
              <w:lastRenderedPageBreak/>
              <w:t>Free text</w:t>
            </w:r>
          </w:p>
        </w:tc>
      </w:tr>
      <w:tr w:rsidR="00006F8D" w:rsidRPr="006E22CD" w14:paraId="65758F6F" w14:textId="77777777">
        <w:trPr>
          <w:jc w:val="center"/>
        </w:trPr>
        <w:tc>
          <w:tcPr>
            <w:tcW w:w="9071" w:type="dxa"/>
            <w:vAlign w:val="center"/>
          </w:tcPr>
          <w:p w14:paraId="21D0E1DD" w14:textId="77777777" w:rsidR="00006F8D" w:rsidRPr="006E22CD" w:rsidRDefault="008D3EFF">
            <w:pPr>
              <w:rPr>
                <w:rFonts w:ascii="Arial" w:hAnsi="Arial" w:cs="Arial"/>
                <w:szCs w:val="20"/>
              </w:rPr>
            </w:pPr>
            <w:r w:rsidRPr="006E22CD">
              <w:rPr>
                <w:rFonts w:ascii="Arial" w:hAnsi="Arial" w:cs="Arial"/>
                <w:szCs w:val="20"/>
                <w:lang w:val="en-GB"/>
              </w:rPr>
              <w:t>[●]</w:t>
            </w:r>
          </w:p>
        </w:tc>
      </w:tr>
    </w:tbl>
    <w:p w14:paraId="6A0C7F58" w14:textId="77777777" w:rsidR="00006F8D" w:rsidRPr="006E22CD" w:rsidRDefault="00006F8D">
      <w:pPr>
        <w:rPr>
          <w:rFonts w:ascii="Arial" w:hAnsi="Arial" w:cs="Arial"/>
          <w:szCs w:val="20"/>
        </w:rPr>
      </w:pPr>
    </w:p>
    <w:p w14:paraId="7C7E53FE" w14:textId="77777777" w:rsidR="00006F8D" w:rsidRPr="006E22CD" w:rsidRDefault="4782B0D4" w:rsidP="006E22CD">
      <w:pPr>
        <w:pStyle w:val="Heading2"/>
      </w:pPr>
      <w:r>
        <w:rPr>
          <w:lang w:val="en-GB"/>
        </w:rPr>
        <w:t>4. Expected impact in Slovenia</w:t>
      </w:r>
    </w:p>
    <w:p w14:paraId="15692F3D" w14:textId="77777777" w:rsidR="00006F8D" w:rsidRPr="006E22CD" w:rsidRDefault="008D3EFF" w:rsidP="006E22CD">
      <w:pPr>
        <w:jc w:val="both"/>
        <w:rPr>
          <w:rFonts w:ascii="Arial" w:hAnsi="Arial" w:cs="Arial"/>
          <w:szCs w:val="20"/>
        </w:rPr>
      </w:pPr>
      <w:r w:rsidRPr="006E22CD">
        <w:rPr>
          <w:rFonts w:ascii="Arial" w:hAnsi="Arial" w:cs="Arial"/>
          <w:szCs w:val="20"/>
          <w:lang w:val="en-GB"/>
        </w:rPr>
        <w:t>Please briefly explain how the fund could generate an impact in Slovenia, for example through investments in Slovenian companies or companies with long-term links to the Slovenian economy, the presence of the team in Slovenia, knowledge transfer, development of the local ecosystem or mobilisation of private capital.</w:t>
      </w:r>
    </w:p>
    <w:tbl>
      <w:tblPr>
        <w:tblStyle w:val="TableGrid"/>
        <w:tblW w:w="0" w:type="auto"/>
        <w:jc w:val="center"/>
        <w:tblLook w:val="04A0" w:firstRow="1" w:lastRow="0" w:firstColumn="1" w:lastColumn="0" w:noHBand="0" w:noVBand="1"/>
      </w:tblPr>
      <w:tblGrid>
        <w:gridCol w:w="9071"/>
      </w:tblGrid>
      <w:tr w:rsidR="00006F8D" w:rsidRPr="006E22CD" w14:paraId="372D8D90" w14:textId="77777777" w:rsidTr="0007054D">
        <w:trPr>
          <w:jc w:val="center"/>
        </w:trPr>
        <w:tc>
          <w:tcPr>
            <w:tcW w:w="9071" w:type="dxa"/>
            <w:shd w:val="clear" w:color="auto" w:fill="368DBC"/>
            <w:vAlign w:val="center"/>
          </w:tcPr>
          <w:p w14:paraId="7F45E34A" w14:textId="77777777" w:rsidR="00006F8D" w:rsidRPr="006E22CD" w:rsidRDefault="008D3EFF">
            <w:pPr>
              <w:rPr>
                <w:rFonts w:ascii="Arial" w:hAnsi="Arial" w:cs="Arial"/>
                <w:szCs w:val="20"/>
              </w:rPr>
            </w:pPr>
            <w:r w:rsidRPr="006E22CD">
              <w:rPr>
                <w:rFonts w:ascii="Arial" w:hAnsi="Arial" w:cs="Arial"/>
                <w:b/>
                <w:szCs w:val="20"/>
                <w:lang w:val="en-GB"/>
              </w:rPr>
              <w:t>Free text</w:t>
            </w:r>
          </w:p>
        </w:tc>
      </w:tr>
      <w:tr w:rsidR="00006F8D" w:rsidRPr="006E22CD" w14:paraId="36FC74EA" w14:textId="77777777">
        <w:trPr>
          <w:jc w:val="center"/>
        </w:trPr>
        <w:tc>
          <w:tcPr>
            <w:tcW w:w="9071" w:type="dxa"/>
            <w:vAlign w:val="center"/>
          </w:tcPr>
          <w:p w14:paraId="699C9491" w14:textId="77777777" w:rsidR="00006F8D" w:rsidRPr="006E22CD" w:rsidRDefault="008D3EFF">
            <w:pPr>
              <w:rPr>
                <w:rFonts w:ascii="Arial" w:hAnsi="Arial" w:cs="Arial"/>
                <w:szCs w:val="20"/>
              </w:rPr>
            </w:pPr>
            <w:r w:rsidRPr="006E22CD">
              <w:rPr>
                <w:rFonts w:ascii="Arial" w:hAnsi="Arial" w:cs="Arial"/>
                <w:szCs w:val="20"/>
                <w:lang w:val="en-GB"/>
              </w:rPr>
              <w:t>[●]</w:t>
            </w:r>
          </w:p>
        </w:tc>
      </w:tr>
    </w:tbl>
    <w:p w14:paraId="0E1E009D" w14:textId="77777777" w:rsidR="00006F8D" w:rsidRPr="006E22CD" w:rsidRDefault="00006F8D">
      <w:pPr>
        <w:rPr>
          <w:rFonts w:ascii="Arial" w:hAnsi="Arial" w:cs="Arial"/>
          <w:szCs w:val="20"/>
        </w:rPr>
      </w:pPr>
    </w:p>
    <w:p w14:paraId="300A4514" w14:textId="77777777" w:rsidR="00006F8D" w:rsidRPr="006E22CD" w:rsidRDefault="008D3EFF" w:rsidP="006E22CD">
      <w:pPr>
        <w:pStyle w:val="Heading2"/>
      </w:pPr>
      <w:r w:rsidRPr="006E22CD">
        <w:rPr>
          <w:lang w:val="en-GB"/>
        </w:rPr>
        <w:t>5. Attachments</w:t>
      </w:r>
    </w:p>
    <w:p w14:paraId="1508D308" w14:textId="77777777" w:rsidR="00006F8D" w:rsidRPr="006E22CD" w:rsidRDefault="008D3EFF" w:rsidP="006E22CD">
      <w:pPr>
        <w:jc w:val="both"/>
        <w:rPr>
          <w:rFonts w:ascii="Arial" w:hAnsi="Arial" w:cs="Arial"/>
          <w:szCs w:val="20"/>
        </w:rPr>
      </w:pPr>
      <w:r w:rsidRPr="006E22CD">
        <w:rPr>
          <w:rFonts w:ascii="Arial" w:hAnsi="Arial" w:cs="Arial"/>
          <w:szCs w:val="20"/>
          <w:lang w:val="en-GB"/>
        </w:rPr>
        <w:t>The applicant may attach basic documentation, if already available, that is relevant to an initial understanding of the investment opportunity.</w:t>
      </w:r>
    </w:p>
    <w:tbl>
      <w:tblPr>
        <w:tblStyle w:val="TableGrid"/>
        <w:tblW w:w="0" w:type="auto"/>
        <w:jc w:val="center"/>
        <w:tblLook w:val="04A0" w:firstRow="1" w:lastRow="0" w:firstColumn="1" w:lastColumn="0" w:noHBand="0" w:noVBand="1"/>
      </w:tblPr>
      <w:tblGrid>
        <w:gridCol w:w="5669"/>
        <w:gridCol w:w="3402"/>
      </w:tblGrid>
      <w:tr w:rsidR="00006F8D" w:rsidRPr="006E22CD" w14:paraId="76AF67AC" w14:textId="77777777" w:rsidTr="00A632E1">
        <w:trPr>
          <w:jc w:val="center"/>
        </w:trPr>
        <w:tc>
          <w:tcPr>
            <w:tcW w:w="5669" w:type="dxa"/>
            <w:shd w:val="clear" w:color="auto" w:fill="368DBC"/>
            <w:vAlign w:val="center"/>
          </w:tcPr>
          <w:p w14:paraId="0E948751" w14:textId="77777777" w:rsidR="00006F8D" w:rsidRPr="006E22CD" w:rsidRDefault="008D3EFF">
            <w:pPr>
              <w:rPr>
                <w:rFonts w:ascii="Arial" w:hAnsi="Arial" w:cs="Arial"/>
                <w:szCs w:val="20"/>
              </w:rPr>
            </w:pPr>
            <w:r w:rsidRPr="006E22CD">
              <w:rPr>
                <w:rFonts w:ascii="Arial" w:hAnsi="Arial" w:cs="Arial"/>
                <w:b/>
                <w:szCs w:val="20"/>
                <w:lang w:val="en-GB"/>
              </w:rPr>
              <w:t>Attachment</w:t>
            </w:r>
          </w:p>
        </w:tc>
        <w:tc>
          <w:tcPr>
            <w:tcW w:w="3402" w:type="dxa"/>
            <w:shd w:val="clear" w:color="auto" w:fill="368DBC"/>
            <w:vAlign w:val="center"/>
          </w:tcPr>
          <w:p w14:paraId="7317E4BF" w14:textId="77777777" w:rsidR="00006F8D" w:rsidRPr="006E22CD" w:rsidRDefault="008D3EFF">
            <w:pPr>
              <w:rPr>
                <w:rFonts w:ascii="Arial" w:hAnsi="Arial" w:cs="Arial"/>
                <w:szCs w:val="20"/>
              </w:rPr>
            </w:pPr>
            <w:r w:rsidRPr="006E22CD">
              <w:rPr>
                <w:rFonts w:ascii="Arial" w:hAnsi="Arial" w:cs="Arial"/>
                <w:b/>
                <w:szCs w:val="20"/>
                <w:lang w:val="en-GB"/>
              </w:rPr>
              <w:t>Attached</w:t>
            </w:r>
          </w:p>
        </w:tc>
      </w:tr>
      <w:tr w:rsidR="00006F8D" w:rsidRPr="006E22CD" w14:paraId="06FA852F" w14:textId="77777777">
        <w:trPr>
          <w:jc w:val="center"/>
        </w:trPr>
        <w:tc>
          <w:tcPr>
            <w:tcW w:w="5669" w:type="dxa"/>
            <w:vAlign w:val="center"/>
          </w:tcPr>
          <w:p w14:paraId="42292E17" w14:textId="77777777" w:rsidR="00006F8D" w:rsidRPr="006E22CD" w:rsidRDefault="008D3EFF">
            <w:pPr>
              <w:rPr>
                <w:rFonts w:ascii="Arial" w:hAnsi="Arial" w:cs="Arial"/>
                <w:szCs w:val="20"/>
              </w:rPr>
            </w:pPr>
            <w:r w:rsidRPr="006E22CD">
              <w:rPr>
                <w:rFonts w:ascii="Arial" w:hAnsi="Arial" w:cs="Arial"/>
                <w:szCs w:val="20"/>
                <w:lang w:val="en-GB"/>
              </w:rPr>
              <w:t>Fund presentation / pitch deck</w:t>
            </w:r>
          </w:p>
        </w:tc>
        <w:tc>
          <w:tcPr>
            <w:tcW w:w="3402" w:type="dxa"/>
            <w:vAlign w:val="center"/>
          </w:tcPr>
          <w:p w14:paraId="40DA04E4" w14:textId="77777777" w:rsidR="00006F8D" w:rsidRPr="006E22CD" w:rsidRDefault="008D3EFF">
            <w:pPr>
              <w:rPr>
                <w:rFonts w:ascii="Arial" w:hAnsi="Arial" w:cs="Arial"/>
                <w:szCs w:val="20"/>
              </w:rPr>
            </w:pPr>
            <w:r w:rsidRPr="006E22CD">
              <w:rPr>
                <w:rFonts w:ascii="Arial" w:hAnsi="Arial" w:cs="Arial"/>
                <w:szCs w:val="20"/>
                <w:lang w:val="en-GB"/>
              </w:rPr>
              <w:t>[yes / no]</w:t>
            </w:r>
          </w:p>
        </w:tc>
      </w:tr>
      <w:tr w:rsidR="00006F8D" w:rsidRPr="006E22CD" w14:paraId="471080CD" w14:textId="77777777">
        <w:trPr>
          <w:jc w:val="center"/>
        </w:trPr>
        <w:tc>
          <w:tcPr>
            <w:tcW w:w="5669" w:type="dxa"/>
            <w:vAlign w:val="center"/>
          </w:tcPr>
          <w:p w14:paraId="53D41432" w14:textId="77777777" w:rsidR="00006F8D" w:rsidRPr="006E22CD" w:rsidRDefault="008D3EFF">
            <w:pPr>
              <w:rPr>
                <w:rFonts w:ascii="Arial" w:hAnsi="Arial" w:cs="Arial"/>
                <w:szCs w:val="20"/>
              </w:rPr>
            </w:pPr>
            <w:r w:rsidRPr="006E22CD">
              <w:rPr>
                <w:rFonts w:ascii="Arial" w:hAnsi="Arial" w:cs="Arial"/>
                <w:szCs w:val="20"/>
                <w:lang w:val="en-GB"/>
              </w:rPr>
              <w:t>Management team presentation</w:t>
            </w:r>
          </w:p>
        </w:tc>
        <w:tc>
          <w:tcPr>
            <w:tcW w:w="3402" w:type="dxa"/>
            <w:vAlign w:val="center"/>
          </w:tcPr>
          <w:p w14:paraId="0A179DE1" w14:textId="77777777" w:rsidR="00006F8D" w:rsidRPr="006E22CD" w:rsidRDefault="008D3EFF">
            <w:pPr>
              <w:rPr>
                <w:rFonts w:ascii="Arial" w:hAnsi="Arial" w:cs="Arial"/>
                <w:szCs w:val="20"/>
              </w:rPr>
            </w:pPr>
            <w:r w:rsidRPr="006E22CD">
              <w:rPr>
                <w:rFonts w:ascii="Arial" w:hAnsi="Arial" w:cs="Arial"/>
                <w:szCs w:val="20"/>
                <w:lang w:val="en-GB"/>
              </w:rPr>
              <w:t>[yes / no]</w:t>
            </w:r>
          </w:p>
        </w:tc>
      </w:tr>
      <w:tr w:rsidR="00006F8D" w:rsidRPr="006E22CD" w14:paraId="1BB41ABE" w14:textId="77777777">
        <w:trPr>
          <w:jc w:val="center"/>
        </w:trPr>
        <w:tc>
          <w:tcPr>
            <w:tcW w:w="5669" w:type="dxa"/>
            <w:vAlign w:val="center"/>
          </w:tcPr>
          <w:p w14:paraId="5F2A1DED" w14:textId="77777777" w:rsidR="00006F8D" w:rsidRPr="006E22CD" w:rsidRDefault="008D3EFF">
            <w:pPr>
              <w:rPr>
                <w:rFonts w:ascii="Arial" w:hAnsi="Arial" w:cs="Arial"/>
                <w:szCs w:val="20"/>
              </w:rPr>
            </w:pPr>
            <w:r w:rsidRPr="006E22CD">
              <w:rPr>
                <w:rFonts w:ascii="Arial" w:hAnsi="Arial" w:cs="Arial"/>
                <w:szCs w:val="20"/>
                <w:lang w:val="en-GB"/>
              </w:rPr>
              <w:t>Investment strategy summary</w:t>
            </w:r>
          </w:p>
        </w:tc>
        <w:tc>
          <w:tcPr>
            <w:tcW w:w="3402" w:type="dxa"/>
            <w:vAlign w:val="center"/>
          </w:tcPr>
          <w:p w14:paraId="6DCAE4B0" w14:textId="77777777" w:rsidR="00006F8D" w:rsidRPr="006E22CD" w:rsidRDefault="008D3EFF">
            <w:pPr>
              <w:rPr>
                <w:rFonts w:ascii="Arial" w:hAnsi="Arial" w:cs="Arial"/>
                <w:szCs w:val="20"/>
              </w:rPr>
            </w:pPr>
            <w:r w:rsidRPr="006E22CD">
              <w:rPr>
                <w:rFonts w:ascii="Arial" w:hAnsi="Arial" w:cs="Arial"/>
                <w:szCs w:val="20"/>
                <w:lang w:val="en-GB"/>
              </w:rPr>
              <w:t>[yes / no]</w:t>
            </w:r>
          </w:p>
        </w:tc>
      </w:tr>
      <w:tr w:rsidR="00006F8D" w:rsidRPr="006E22CD" w14:paraId="750C2B90" w14:textId="77777777">
        <w:trPr>
          <w:jc w:val="center"/>
        </w:trPr>
        <w:tc>
          <w:tcPr>
            <w:tcW w:w="5669" w:type="dxa"/>
            <w:vAlign w:val="center"/>
          </w:tcPr>
          <w:p w14:paraId="6772A697" w14:textId="77777777" w:rsidR="00006F8D" w:rsidRPr="006E22CD" w:rsidRDefault="008D3EFF">
            <w:pPr>
              <w:rPr>
                <w:rFonts w:ascii="Arial" w:hAnsi="Arial" w:cs="Arial"/>
                <w:szCs w:val="20"/>
              </w:rPr>
            </w:pPr>
            <w:r w:rsidRPr="006E22CD">
              <w:rPr>
                <w:rFonts w:ascii="Arial" w:hAnsi="Arial" w:cs="Arial"/>
                <w:szCs w:val="20"/>
                <w:lang w:val="en-GB"/>
              </w:rPr>
              <w:t>Other</w:t>
            </w:r>
          </w:p>
        </w:tc>
        <w:tc>
          <w:tcPr>
            <w:tcW w:w="3402" w:type="dxa"/>
            <w:vAlign w:val="center"/>
          </w:tcPr>
          <w:p w14:paraId="346DD835" w14:textId="77777777" w:rsidR="00006F8D" w:rsidRPr="006E22CD" w:rsidRDefault="008D3EFF">
            <w:pPr>
              <w:rPr>
                <w:rFonts w:ascii="Arial" w:hAnsi="Arial" w:cs="Arial"/>
                <w:szCs w:val="20"/>
              </w:rPr>
            </w:pPr>
            <w:r w:rsidRPr="006E22CD">
              <w:rPr>
                <w:rFonts w:ascii="Arial" w:hAnsi="Arial" w:cs="Arial"/>
                <w:szCs w:val="20"/>
                <w:lang w:val="en-GB"/>
              </w:rPr>
              <w:t>[please specify]</w:t>
            </w:r>
          </w:p>
        </w:tc>
      </w:tr>
    </w:tbl>
    <w:p w14:paraId="6EF029FF" w14:textId="77777777" w:rsidR="00006F8D" w:rsidRPr="006E22CD" w:rsidRDefault="00006F8D">
      <w:pPr>
        <w:rPr>
          <w:rFonts w:ascii="Arial" w:hAnsi="Arial" w:cs="Arial"/>
          <w:szCs w:val="20"/>
        </w:rPr>
      </w:pPr>
    </w:p>
    <w:p w14:paraId="48D441F3" w14:textId="77777777" w:rsidR="005F43D5" w:rsidRDefault="003A72A2">
      <w:pPr>
        <w:pStyle w:val="Heading2"/>
      </w:pPr>
      <w:r>
        <w:rPr>
          <w:lang w:val="en-GB"/>
        </w:rPr>
        <w:t>6. Confidentiality and data processing</w:t>
      </w:r>
    </w:p>
    <w:p w14:paraId="7C1B7935" w14:textId="77777777" w:rsidR="006F485A" w:rsidRPr="006F485A" w:rsidRDefault="006F485A" w:rsidP="00115E46">
      <w:pPr>
        <w:pStyle w:val="Heading2"/>
        <w:spacing w:before="0"/>
        <w:jc w:val="both"/>
        <w:rPr>
          <w:rFonts w:eastAsiaTheme="minorEastAsia" w:cs="Arial"/>
          <w:b w:val="0"/>
          <w:bCs w:val="0"/>
          <w:sz w:val="20"/>
          <w:szCs w:val="22"/>
        </w:rPr>
      </w:pPr>
      <w:r w:rsidRPr="006F485A">
        <w:rPr>
          <w:rFonts w:eastAsiaTheme="minorEastAsia" w:cs="Arial"/>
          <w:b w:val="0"/>
          <w:bCs w:val="0"/>
          <w:sz w:val="20"/>
          <w:szCs w:val="22"/>
          <w:lang w:val="en-GB"/>
        </w:rPr>
        <w:t>Information, data, documentation and explanations received in connection with the submission of an expression of interest are treated as confidential or as trade secrets, unless they are publicly available, their disclosure is required by law or by a competent authority, or otherwise agreed with the applicant.</w:t>
      </w:r>
    </w:p>
    <w:p w14:paraId="79A33CF9" w14:textId="77777777" w:rsidR="00094659" w:rsidRDefault="006F485A" w:rsidP="00A023E7">
      <w:pPr>
        <w:pStyle w:val="Heading2"/>
        <w:jc w:val="both"/>
        <w:rPr>
          <w:rFonts w:eastAsiaTheme="minorEastAsia" w:cs="Arial"/>
          <w:b w:val="0"/>
          <w:bCs w:val="0"/>
          <w:sz w:val="20"/>
          <w:szCs w:val="22"/>
        </w:rPr>
      </w:pPr>
      <w:r w:rsidRPr="006F485A">
        <w:rPr>
          <w:rFonts w:eastAsiaTheme="minorEastAsia" w:cs="Arial"/>
          <w:b w:val="0"/>
          <w:bCs w:val="0"/>
          <w:sz w:val="20"/>
          <w:szCs w:val="22"/>
          <w:lang w:val="en-GB"/>
        </w:rPr>
        <w:t>Submission of an expression of interest, any related communication or acknowledgement of receipt of an expression of interest does not constitute an offer, an invitation to submit offers, the commencement of negotiations, a commitment to invest, the conclusion of a contract or any other legally binding obligation on the part of SID Kapital d.o.o. or SID UP.</w:t>
      </w:r>
    </w:p>
    <w:p w14:paraId="7E991D47" w14:textId="07A88BDC" w:rsidR="009B3A77" w:rsidRDefault="009B3A77" w:rsidP="009B3A77">
      <w:pPr>
        <w:pStyle w:val="Heading2"/>
        <w:jc w:val="both"/>
        <w:rPr>
          <w:rFonts w:cs="Arial"/>
          <w:b w:val="0"/>
          <w:bCs w:val="0"/>
          <w:sz w:val="20"/>
          <w:szCs w:val="20"/>
        </w:rPr>
      </w:pPr>
      <w:r w:rsidRPr="009B3A77">
        <w:rPr>
          <w:rFonts w:cs="Arial"/>
          <w:b w:val="0"/>
          <w:bCs w:val="0"/>
          <w:sz w:val="20"/>
          <w:szCs w:val="20"/>
          <w:lang w:val="en-GB"/>
        </w:rPr>
        <w:t>Personal data provided in this form will be processed by SID Upravljanje premoženja d.o.o., Ulica Josipine Turnograjske 6, 1000 Ljubljana, for the purposes of receiving, recording and initially assessing the expression of interest and any subsequent communication with the applicant. Further information on the processing of personal data, your rights and how to exercise them is available in the General Information on Personal Data Protection and Processing at SID Upravljanje premoženja d.o.o., published on the SID Bank Group websites.</w:t>
      </w:r>
    </w:p>
    <w:p w14:paraId="0E88110D" w14:textId="18EE0742" w:rsidR="00006F8D" w:rsidRPr="006E22CD" w:rsidRDefault="008D3EFF" w:rsidP="006F485A">
      <w:pPr>
        <w:pStyle w:val="Heading2"/>
      </w:pPr>
      <w:r>
        <w:rPr>
          <w:lang w:val="en-GB"/>
        </w:rPr>
        <w:t>7. Applicant confirmation</w:t>
      </w:r>
    </w:p>
    <w:p w14:paraId="1502EB7A" w14:textId="77777777" w:rsidR="00006F8D" w:rsidRPr="007D6F77" w:rsidRDefault="008D3EFF" w:rsidP="00094659">
      <w:pPr>
        <w:jc w:val="both"/>
        <w:rPr>
          <w:rFonts w:ascii="Arial" w:hAnsi="Arial" w:cs="Arial"/>
          <w:szCs w:val="20"/>
        </w:rPr>
      </w:pPr>
      <w:r w:rsidRPr="007D6F77">
        <w:rPr>
          <w:rFonts w:ascii="Arial" w:hAnsi="Arial" w:cs="Arial"/>
          <w:lang w:val="en-GB"/>
        </w:rPr>
        <w:t>By submitting this form, the applicant confirms that, to the best of their knowledge, the information provided in the form and any attached documents is accurate, complete and not misleading.</w:t>
      </w:r>
    </w:p>
    <w:p w14:paraId="2C10734D" w14:textId="77777777" w:rsidR="00006F8D" w:rsidRPr="007D6F77" w:rsidRDefault="008D3EFF" w:rsidP="00094659">
      <w:pPr>
        <w:jc w:val="both"/>
        <w:rPr>
          <w:rFonts w:ascii="Arial" w:hAnsi="Arial" w:cs="Arial"/>
          <w:szCs w:val="20"/>
        </w:rPr>
      </w:pPr>
      <w:r w:rsidRPr="007D6F77">
        <w:rPr>
          <w:rFonts w:ascii="Arial" w:hAnsi="Arial" w:cs="Arial"/>
          <w:lang w:val="en-GB"/>
        </w:rPr>
        <w:t>The applicant undertakes to notify SID UP of any material changes to the information provided that could affect the initial or subsequent assessment of the investment opportunity.</w:t>
      </w:r>
    </w:p>
    <w:p w14:paraId="4295CA43" w14:textId="77777777" w:rsidR="005F43D5" w:rsidRDefault="003A72A2" w:rsidP="00094659">
      <w:pPr>
        <w:jc w:val="both"/>
        <w:rPr>
          <w:rFonts w:ascii="Arial" w:hAnsi="Arial" w:cs="Arial"/>
        </w:rPr>
      </w:pPr>
      <w:r w:rsidRPr="007D6F77">
        <w:rPr>
          <w:rFonts w:ascii="Arial" w:hAnsi="Arial" w:cs="Arial"/>
          <w:lang w:val="en-GB"/>
        </w:rPr>
        <w:t>The applicant acknowledges that submission of an expression of interest does not constitute an offer, an invitation to submit offers, the commencement of negotiations, an entitlement to financing, a commitment to invest or any other legally binding obligation on the part of SID Kapital d.o.o. or SID UP.</w:t>
      </w:r>
    </w:p>
    <w:p w14:paraId="4D845F66" w14:textId="62E4FA75" w:rsidR="00263C4A" w:rsidRDefault="00263C4A" w:rsidP="00094659">
      <w:pPr>
        <w:jc w:val="both"/>
        <w:rPr>
          <w:rFonts w:ascii="Arial" w:hAnsi="Arial" w:cs="Arial"/>
        </w:rPr>
      </w:pPr>
      <w:r w:rsidRPr="00263C4A">
        <w:rPr>
          <w:rFonts w:ascii="Arial" w:hAnsi="Arial" w:cs="Arial"/>
          <w:lang w:val="en-GB"/>
        </w:rPr>
        <w:t xml:space="preserve">The applicant acknowledges that the open call for AIFs is also designed as an open investment platform through which SID UP may invite other professional or institutional investors to assess an individual investment opportunity. The applicant’s identity, application, non-public documentation, trade secrets and personal data will be disclosed to such investors only if the applicant provides separate standardised consent to disclosure to specifically named </w:t>
      </w:r>
      <w:r w:rsidRPr="00263C4A">
        <w:rPr>
          <w:rFonts w:ascii="Arial" w:hAnsi="Arial" w:cs="Arial"/>
          <w:lang w:val="en-GB"/>
        </w:rPr>
        <w:lastRenderedPageBreak/>
        <w:t>investors. Refusal to provide consent does not affect the assessment of the application by SID UP and SID Kapital d.o.o.</w:t>
      </w:r>
    </w:p>
    <w:p w14:paraId="38D8D19B" w14:textId="77777777" w:rsidR="00E334FB" w:rsidRPr="007D6F77" w:rsidRDefault="00E334FB" w:rsidP="00094659">
      <w:pPr>
        <w:jc w:val="both"/>
        <w:rPr>
          <w:rFonts w:ascii="Arial" w:hAnsi="Arial" w:cs="Arial"/>
        </w:rPr>
      </w:pPr>
    </w:p>
    <w:tbl>
      <w:tblPr>
        <w:tblStyle w:val="TableGrid"/>
        <w:tblW w:w="0" w:type="auto"/>
        <w:jc w:val="center"/>
        <w:tblLook w:val="04A0" w:firstRow="1" w:lastRow="0" w:firstColumn="1" w:lastColumn="0" w:noHBand="0" w:noVBand="1"/>
      </w:tblPr>
      <w:tblGrid>
        <w:gridCol w:w="3402"/>
        <w:gridCol w:w="5669"/>
      </w:tblGrid>
      <w:tr w:rsidR="00006F8D" w:rsidRPr="006E22CD" w14:paraId="160CD3E4" w14:textId="77777777" w:rsidTr="00992C95">
        <w:trPr>
          <w:jc w:val="center"/>
        </w:trPr>
        <w:tc>
          <w:tcPr>
            <w:tcW w:w="3402" w:type="dxa"/>
            <w:shd w:val="clear" w:color="auto" w:fill="368DBC"/>
            <w:vAlign w:val="center"/>
          </w:tcPr>
          <w:p w14:paraId="0E240B7F" w14:textId="77777777" w:rsidR="00006F8D" w:rsidRPr="006E22CD" w:rsidRDefault="008D3EFF">
            <w:pPr>
              <w:rPr>
                <w:rFonts w:ascii="Arial" w:hAnsi="Arial" w:cs="Arial"/>
                <w:szCs w:val="20"/>
              </w:rPr>
            </w:pPr>
            <w:r w:rsidRPr="006E22CD">
              <w:rPr>
                <w:rFonts w:ascii="Arial" w:hAnsi="Arial" w:cs="Arial"/>
                <w:b/>
                <w:szCs w:val="20"/>
                <w:lang w:val="en-GB"/>
              </w:rPr>
              <w:t>Field</w:t>
            </w:r>
          </w:p>
        </w:tc>
        <w:tc>
          <w:tcPr>
            <w:tcW w:w="5669" w:type="dxa"/>
            <w:shd w:val="clear" w:color="auto" w:fill="368DBC"/>
            <w:vAlign w:val="center"/>
          </w:tcPr>
          <w:p w14:paraId="17D9B54C" w14:textId="77777777" w:rsidR="00006F8D" w:rsidRPr="006E22CD" w:rsidRDefault="008D3EFF">
            <w:pPr>
              <w:rPr>
                <w:rFonts w:ascii="Arial" w:hAnsi="Arial" w:cs="Arial"/>
                <w:szCs w:val="20"/>
              </w:rPr>
            </w:pPr>
            <w:r w:rsidRPr="006E22CD">
              <w:rPr>
                <w:rFonts w:ascii="Arial" w:hAnsi="Arial" w:cs="Arial"/>
                <w:b/>
                <w:szCs w:val="20"/>
                <w:lang w:val="en-GB"/>
              </w:rPr>
              <w:t>Details</w:t>
            </w:r>
          </w:p>
        </w:tc>
      </w:tr>
      <w:tr w:rsidR="00006F8D" w:rsidRPr="006E22CD" w14:paraId="36AF18AD" w14:textId="77777777">
        <w:trPr>
          <w:jc w:val="center"/>
        </w:trPr>
        <w:tc>
          <w:tcPr>
            <w:tcW w:w="3402" w:type="dxa"/>
            <w:vAlign w:val="center"/>
          </w:tcPr>
          <w:p w14:paraId="05299CE9" w14:textId="77777777" w:rsidR="00006F8D" w:rsidRPr="006E22CD" w:rsidRDefault="008D3EFF">
            <w:pPr>
              <w:rPr>
                <w:rFonts w:ascii="Arial" w:hAnsi="Arial" w:cs="Arial"/>
                <w:szCs w:val="20"/>
              </w:rPr>
            </w:pPr>
            <w:r w:rsidRPr="006E22CD">
              <w:rPr>
                <w:rFonts w:ascii="Arial" w:hAnsi="Arial" w:cs="Arial"/>
                <w:szCs w:val="20"/>
                <w:lang w:val="en-GB"/>
              </w:rPr>
              <w:t>First name and surname of the authorised person</w:t>
            </w:r>
          </w:p>
        </w:tc>
        <w:tc>
          <w:tcPr>
            <w:tcW w:w="5669" w:type="dxa"/>
            <w:vAlign w:val="center"/>
          </w:tcPr>
          <w:p w14:paraId="28754A46"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2189F9E5" w14:textId="77777777">
        <w:trPr>
          <w:jc w:val="center"/>
        </w:trPr>
        <w:tc>
          <w:tcPr>
            <w:tcW w:w="3402" w:type="dxa"/>
            <w:vAlign w:val="center"/>
          </w:tcPr>
          <w:p w14:paraId="765275FE" w14:textId="77777777" w:rsidR="00006F8D" w:rsidRPr="006E22CD" w:rsidRDefault="008D3EFF">
            <w:pPr>
              <w:rPr>
                <w:rFonts w:ascii="Arial" w:hAnsi="Arial" w:cs="Arial"/>
                <w:szCs w:val="20"/>
              </w:rPr>
            </w:pPr>
            <w:r w:rsidRPr="006E22CD">
              <w:rPr>
                <w:rFonts w:ascii="Arial" w:hAnsi="Arial" w:cs="Arial"/>
                <w:szCs w:val="20"/>
                <w:lang w:val="en-GB"/>
              </w:rPr>
              <w:t>Position</w:t>
            </w:r>
          </w:p>
        </w:tc>
        <w:tc>
          <w:tcPr>
            <w:tcW w:w="5669" w:type="dxa"/>
            <w:vAlign w:val="center"/>
          </w:tcPr>
          <w:p w14:paraId="5485869C"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00A6CD34" w14:textId="77777777">
        <w:trPr>
          <w:jc w:val="center"/>
        </w:trPr>
        <w:tc>
          <w:tcPr>
            <w:tcW w:w="3402" w:type="dxa"/>
            <w:vAlign w:val="center"/>
          </w:tcPr>
          <w:p w14:paraId="45449D42" w14:textId="77777777" w:rsidR="00006F8D" w:rsidRPr="006E22CD" w:rsidRDefault="008D3EFF">
            <w:pPr>
              <w:rPr>
                <w:rFonts w:ascii="Arial" w:hAnsi="Arial" w:cs="Arial"/>
                <w:szCs w:val="20"/>
              </w:rPr>
            </w:pPr>
            <w:r w:rsidRPr="006E22CD">
              <w:rPr>
                <w:rFonts w:ascii="Arial" w:hAnsi="Arial" w:cs="Arial"/>
                <w:szCs w:val="20"/>
                <w:lang w:val="en-GB"/>
              </w:rPr>
              <w:t>Organisation</w:t>
            </w:r>
          </w:p>
        </w:tc>
        <w:tc>
          <w:tcPr>
            <w:tcW w:w="5669" w:type="dxa"/>
            <w:vAlign w:val="center"/>
          </w:tcPr>
          <w:p w14:paraId="7451C95C" w14:textId="77777777" w:rsidR="00006F8D" w:rsidRPr="006E22CD" w:rsidRDefault="008D3EFF">
            <w:pPr>
              <w:rPr>
                <w:rFonts w:ascii="Arial" w:hAnsi="Arial" w:cs="Arial"/>
                <w:szCs w:val="20"/>
              </w:rPr>
            </w:pPr>
            <w:r w:rsidRPr="006E22CD">
              <w:rPr>
                <w:rFonts w:ascii="Arial" w:hAnsi="Arial" w:cs="Arial"/>
                <w:szCs w:val="20"/>
                <w:lang w:val="en-GB"/>
              </w:rPr>
              <w:t>[●]</w:t>
            </w:r>
          </w:p>
        </w:tc>
      </w:tr>
      <w:tr w:rsidR="00006F8D" w:rsidRPr="006E22CD" w14:paraId="3A125C60" w14:textId="77777777">
        <w:trPr>
          <w:jc w:val="center"/>
        </w:trPr>
        <w:tc>
          <w:tcPr>
            <w:tcW w:w="3402" w:type="dxa"/>
            <w:vAlign w:val="center"/>
          </w:tcPr>
          <w:p w14:paraId="1A1B0442" w14:textId="77777777" w:rsidR="00006F8D" w:rsidRPr="006E22CD" w:rsidRDefault="008D3EFF">
            <w:pPr>
              <w:rPr>
                <w:rFonts w:ascii="Arial" w:hAnsi="Arial" w:cs="Arial"/>
                <w:szCs w:val="20"/>
              </w:rPr>
            </w:pPr>
            <w:r w:rsidRPr="006E22CD">
              <w:rPr>
                <w:rFonts w:ascii="Arial" w:hAnsi="Arial" w:cs="Arial"/>
                <w:szCs w:val="20"/>
                <w:lang w:val="en-GB"/>
              </w:rPr>
              <w:t>Date</w:t>
            </w:r>
          </w:p>
        </w:tc>
        <w:tc>
          <w:tcPr>
            <w:tcW w:w="5669" w:type="dxa"/>
            <w:vAlign w:val="center"/>
          </w:tcPr>
          <w:p w14:paraId="197F0C94" w14:textId="77777777" w:rsidR="00006F8D" w:rsidRPr="006E22CD" w:rsidRDefault="008D3EFF">
            <w:pPr>
              <w:rPr>
                <w:rFonts w:ascii="Arial" w:hAnsi="Arial" w:cs="Arial"/>
                <w:szCs w:val="20"/>
              </w:rPr>
            </w:pPr>
            <w:r w:rsidRPr="006E22CD">
              <w:rPr>
                <w:rFonts w:ascii="Arial" w:hAnsi="Arial" w:cs="Arial"/>
                <w:szCs w:val="20"/>
                <w:lang w:val="en-GB"/>
              </w:rPr>
              <w:t>[●]</w:t>
            </w:r>
          </w:p>
        </w:tc>
      </w:tr>
    </w:tbl>
    <w:p w14:paraId="6D6E9F75" w14:textId="77777777" w:rsidR="00006F8D" w:rsidRPr="006E22CD" w:rsidRDefault="00006F8D">
      <w:pPr>
        <w:rPr>
          <w:rFonts w:ascii="Arial" w:hAnsi="Arial" w:cs="Arial"/>
          <w:szCs w:val="20"/>
        </w:rPr>
      </w:pPr>
    </w:p>
    <w:sectPr w:rsidR="00006F8D" w:rsidRPr="006E22CD"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9059055">
    <w:abstractNumId w:val="8"/>
  </w:num>
  <w:num w:numId="2" w16cid:durableId="1140267462">
    <w:abstractNumId w:val="5"/>
  </w:num>
  <w:num w:numId="3" w16cid:durableId="1682854112">
    <w:abstractNumId w:val="1"/>
  </w:num>
  <w:num w:numId="4" w16cid:durableId="1953246846">
    <w:abstractNumId w:val="6"/>
  </w:num>
  <w:num w:numId="5" w16cid:durableId="2043940523">
    <w:abstractNumId w:val="7"/>
  </w:num>
  <w:num w:numId="6" w16cid:durableId="2133788605">
    <w:abstractNumId w:val="0"/>
  </w:num>
  <w:num w:numId="7" w16cid:durableId="491945134">
    <w:abstractNumId w:val="2"/>
  </w:num>
  <w:num w:numId="8" w16cid:durableId="771123666">
    <w:abstractNumId w:val="4"/>
  </w:num>
  <w:num w:numId="9" w16cid:durableId="840243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F8D"/>
    <w:rsid w:val="00034616"/>
    <w:rsid w:val="0006063C"/>
    <w:rsid w:val="0007054D"/>
    <w:rsid w:val="00082C4C"/>
    <w:rsid w:val="00094659"/>
    <w:rsid w:val="000A434B"/>
    <w:rsid w:val="000E7A91"/>
    <w:rsid w:val="00115E46"/>
    <w:rsid w:val="0015074B"/>
    <w:rsid w:val="001814D7"/>
    <w:rsid w:val="00184C3C"/>
    <w:rsid w:val="001E3338"/>
    <w:rsid w:val="00263C4A"/>
    <w:rsid w:val="00270657"/>
    <w:rsid w:val="002951EB"/>
    <w:rsid w:val="0029639D"/>
    <w:rsid w:val="002B4C1C"/>
    <w:rsid w:val="002E3E0A"/>
    <w:rsid w:val="002E5E7A"/>
    <w:rsid w:val="002E689C"/>
    <w:rsid w:val="00317CF9"/>
    <w:rsid w:val="00324014"/>
    <w:rsid w:val="00326F90"/>
    <w:rsid w:val="00373EAE"/>
    <w:rsid w:val="003A72A2"/>
    <w:rsid w:val="00454210"/>
    <w:rsid w:val="004959A6"/>
    <w:rsid w:val="004A0E69"/>
    <w:rsid w:val="004B57CE"/>
    <w:rsid w:val="004E5C85"/>
    <w:rsid w:val="00506751"/>
    <w:rsid w:val="005A68B4"/>
    <w:rsid w:val="005E7D76"/>
    <w:rsid w:val="005F43D5"/>
    <w:rsid w:val="006101CD"/>
    <w:rsid w:val="006E22CD"/>
    <w:rsid w:val="006E2B08"/>
    <w:rsid w:val="006F485A"/>
    <w:rsid w:val="007273CF"/>
    <w:rsid w:val="00750489"/>
    <w:rsid w:val="00752E34"/>
    <w:rsid w:val="00782E0D"/>
    <w:rsid w:val="007A04A0"/>
    <w:rsid w:val="007C6AA6"/>
    <w:rsid w:val="007D2C03"/>
    <w:rsid w:val="007D6F77"/>
    <w:rsid w:val="00803E07"/>
    <w:rsid w:val="008261D4"/>
    <w:rsid w:val="00836523"/>
    <w:rsid w:val="00882CB4"/>
    <w:rsid w:val="008931DD"/>
    <w:rsid w:val="008A7412"/>
    <w:rsid w:val="008C30E1"/>
    <w:rsid w:val="008D3EFF"/>
    <w:rsid w:val="008F2DA1"/>
    <w:rsid w:val="00905C9F"/>
    <w:rsid w:val="00946A0A"/>
    <w:rsid w:val="0095431F"/>
    <w:rsid w:val="009840A5"/>
    <w:rsid w:val="00992C95"/>
    <w:rsid w:val="009B3A77"/>
    <w:rsid w:val="009E0DB2"/>
    <w:rsid w:val="00A023E7"/>
    <w:rsid w:val="00A632E1"/>
    <w:rsid w:val="00AA1D8D"/>
    <w:rsid w:val="00AA6D8A"/>
    <w:rsid w:val="00AD4BC1"/>
    <w:rsid w:val="00B01FD9"/>
    <w:rsid w:val="00B04E77"/>
    <w:rsid w:val="00B23C3E"/>
    <w:rsid w:val="00B25FD1"/>
    <w:rsid w:val="00B47730"/>
    <w:rsid w:val="00C16487"/>
    <w:rsid w:val="00C62A54"/>
    <w:rsid w:val="00C820E1"/>
    <w:rsid w:val="00C93182"/>
    <w:rsid w:val="00CB0664"/>
    <w:rsid w:val="00D16A27"/>
    <w:rsid w:val="00D20C52"/>
    <w:rsid w:val="00DB5000"/>
    <w:rsid w:val="00DC55C8"/>
    <w:rsid w:val="00DD070B"/>
    <w:rsid w:val="00DD3747"/>
    <w:rsid w:val="00E334FB"/>
    <w:rsid w:val="00EF3BF2"/>
    <w:rsid w:val="00F01F6F"/>
    <w:rsid w:val="00F1550E"/>
    <w:rsid w:val="00F17380"/>
    <w:rsid w:val="00F23762"/>
    <w:rsid w:val="00F41F6C"/>
    <w:rsid w:val="00FC1E52"/>
    <w:rsid w:val="00FC693F"/>
    <w:rsid w:val="0FE4B9C8"/>
    <w:rsid w:val="33FE3642"/>
    <w:rsid w:val="4782B0D4"/>
    <w:rsid w:val="565548E0"/>
    <w:rsid w:val="618E6BFE"/>
    <w:rsid w:val="6EBD9873"/>
    <w:rsid w:val="7665D489"/>
    <w:rsid w:val="7E1BE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0D7CC"/>
  <w14:defaultImageDpi w14:val="300"/>
  <w15:docId w15:val="{B7674E65-65E0-4FCD-B90F-952944E8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lang w:val="sl-SI"/>
    </w:rPr>
  </w:style>
  <w:style w:type="paragraph" w:styleId="Heading1">
    <w:name w:val="heading 1"/>
    <w:basedOn w:val="Normal"/>
    <w:next w:val="Normal"/>
    <w:link w:val="Heading1Char"/>
    <w:uiPriority w:val="9"/>
    <w:qFormat/>
    <w:rsid w:val="006E22CD"/>
    <w:pPr>
      <w:keepNext/>
      <w:keepLines/>
      <w:spacing w:before="480" w:after="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6E22CD"/>
    <w:pPr>
      <w:keepNext/>
      <w:keepLines/>
      <w:spacing w:before="200" w:after="0"/>
      <w:outlineLvl w:val="1"/>
    </w:pPr>
    <w:rPr>
      <w:rFonts w:ascii="Arial" w:eastAsiaTheme="majorEastAsia" w:hAnsi="Arial"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F476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E22CD"/>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6E22CD"/>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ptos" w:hAnsi="Aptos"/>
      <w:sz w:val="20"/>
      <w:szCs w:val="20"/>
      <w:lang w:val="sl-SI"/>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5431F"/>
    <w:rPr>
      <w:b/>
      <w:bCs/>
    </w:rPr>
  </w:style>
  <w:style w:type="character" w:customStyle="1" w:styleId="CommentSubjectChar">
    <w:name w:val="Comment Subject Char"/>
    <w:basedOn w:val="CommentTextChar"/>
    <w:link w:val="CommentSubject"/>
    <w:uiPriority w:val="99"/>
    <w:semiHidden/>
    <w:rsid w:val="0095431F"/>
    <w:rPr>
      <w:rFonts w:ascii="Aptos" w:hAnsi="Aptos"/>
      <w:b/>
      <w:bCs/>
      <w:sz w:val="20"/>
      <w:szCs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0D5672EB4DD2942B73F92ACFDE4BB34" ma:contentTypeVersion="10" ma:contentTypeDescription="Ustvari nov dokument." ma:contentTypeScope="" ma:versionID="0641dd0935ad6d0518cd351685d1f418">
  <xsd:schema xmlns:xsd="http://www.w3.org/2001/XMLSchema" xmlns:xs="http://www.w3.org/2001/XMLSchema" xmlns:p="http://schemas.microsoft.com/office/2006/metadata/properties" xmlns:ns2="42779ad4-b923-4812-960a-807fb19d8395" xmlns:ns3="b429df30-9bd8-4ca3-bcab-3c1ded0eb141" targetNamespace="http://schemas.microsoft.com/office/2006/metadata/properties" ma:root="true" ma:fieldsID="a53286619ec038520433edef91677bce" ns2:_="" ns3:_="">
    <xsd:import namespace="42779ad4-b923-4812-960a-807fb19d8395"/>
    <xsd:import namespace="b429df30-9bd8-4ca3-bcab-3c1ded0eb1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9ad4-b923-4812-960a-807fb19d8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03eb591d-bba9-426c-9698-e8f23aea08d5"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29df30-9bd8-4ca3-bcab-3c1ded0eb1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3f5357-2c1c-46f0-b8bd-2ec0c3442acc}" ma:internalName="TaxCatchAll" ma:showField="CatchAllData" ma:web="b429df30-9bd8-4ca3-bcab-3c1ded0eb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79ad4-b923-4812-960a-807fb19d8395">
      <Terms xmlns="http://schemas.microsoft.com/office/infopath/2007/PartnerControls"/>
    </lcf76f155ced4ddcb4097134ff3c332f>
    <TaxCatchAll xmlns="b429df30-9bd8-4ca3-bcab-3c1ded0eb141" xsi:nil="true"/>
  </documentManagement>
</p:properties>
</file>

<file path=customXml/itemProps1.xml><?xml version="1.0" encoding="utf-8"?>
<ds:datastoreItem xmlns:ds="http://schemas.openxmlformats.org/officeDocument/2006/customXml" ds:itemID="{4F57F782-B805-43C6-828C-9A29BA70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9ad4-b923-4812-960a-807fb19d8395"/>
    <ds:schemaRef ds:uri="b429df30-9bd8-4ca3-bcab-3c1ded0eb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8BEA3-663B-428C-A3AA-CC920E5DE99D}">
  <ds:schemaRefs>
    <ds:schemaRef ds:uri="http://schemas.microsoft.com/sharepoint/v3/contenttype/forms"/>
  </ds:schemaRefs>
</ds:datastoreItem>
</file>

<file path=customXml/itemProps3.xml><?xml version="1.0" encoding="utf-8"?>
<ds:datastoreItem xmlns:ds="http://schemas.openxmlformats.org/officeDocument/2006/customXml" ds:itemID="{93916033-D090-47D2-878E-4DDD9645A8F5}">
  <ds:schemaRefs>
    <ds:schemaRef ds:uri="http://schemas.microsoft.com/office/2006/metadata/properties"/>
    <ds:schemaRef ds:uri="http://schemas.microsoft.com/office/infopath/2007/PartnerControls"/>
    <ds:schemaRef ds:uri="42779ad4-b923-4812-960a-807fb19d8395"/>
    <ds:schemaRef ds:uri="b429df30-9bd8-4ca3-bcab-3c1ded0eb141"/>
  </ds:schemaRefs>
</ds:datastoreItem>
</file>

<file path=docMetadata/LabelInfo.xml><?xml version="1.0" encoding="utf-8"?>
<clbl:labelList xmlns:clbl="http://schemas.microsoft.com/office/2020/mipLabelMetadata">
  <clbl:label id="{18ddce85-ae2a-4fe5-890d-95fdb5356153}" enabled="0" method="" siteId="{18ddce85-ae2a-4fe5-890d-95fdb535615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862</Words>
  <Characters>4819</Characters>
  <Application>Microsoft Office Word</Application>
  <DocSecurity>0</DocSecurity>
  <Lines>130</Lines>
  <Paragraphs>94</Paragraphs>
  <ScaleCrop>false</ScaleCrop>
  <Manager/>
  <Company/>
  <LinksUpToDate>false</LinksUpToDate>
  <CharactersWithSpaces>5587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Volk</dc:creator>
  <cp:keywords/>
  <dc:description>generated by python-docx</dc:description>
  <cp:lastModifiedBy>Luka Volk</cp:lastModifiedBy>
  <cp:revision>3</cp:revision>
  <dcterms:created xsi:type="dcterms:W3CDTF">2026-10-22T11:18:00Z</dcterms:created>
  <dcterms:modified xsi:type="dcterms:W3CDTF">2026-10-22T12:38:00Z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0x01010040D5672EB4DD2942B73F92ACFDE4BB34</vt:lpwstr>
  </property>
  <property fmtid="{D5CDD505-2E9C-101B-9397-08002B2CF9AE}" pid="3" name="MediaServiceImageTags">
    <vt:lpwstr/>
  </property>
  <property fmtid="{D5CDD505-2E9C-101B-9397-08002B2CF9AE}" pid="4" name="docLang">
    <vt:lpwstr>sl</vt:lpwstr>
  </property>
</Properties>
</file>