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28A5E" w14:textId="27670608" w:rsidR="00006F8D" w:rsidRPr="006E22CD" w:rsidRDefault="008D3EFF" w:rsidP="006E22CD">
      <w:pPr>
        <w:pStyle w:val="Heading1"/>
        <w:pBdr>
          <w:bottom w:val="single" w:sz="12" w:space="1" w:color="auto"/>
        </w:pBdr>
        <w:jc w:val="center"/>
      </w:pPr>
      <w:r w:rsidRPr="006E22CD">
        <w:t>O</w:t>
      </w:r>
      <w:r w:rsidR="00F1550E">
        <w:t xml:space="preserve">dprti </w:t>
      </w:r>
      <w:r w:rsidR="006E2B08">
        <w:t>poz</w:t>
      </w:r>
      <w:r w:rsidR="00B23C3E">
        <w:t>iv</w:t>
      </w:r>
      <w:r w:rsidRPr="006E22CD">
        <w:t xml:space="preserve"> AIS –</w:t>
      </w:r>
      <w:r w:rsidR="006E22CD" w:rsidRPr="006E22CD">
        <w:t xml:space="preserve"> I</w:t>
      </w:r>
      <w:r w:rsidRPr="006E22CD">
        <w:t>z</w:t>
      </w:r>
      <w:r w:rsidR="00882CB4">
        <w:t>k</w:t>
      </w:r>
      <w:r w:rsidRPr="006E22CD">
        <w:t>az interesa</w:t>
      </w:r>
    </w:p>
    <w:p w14:paraId="486328B1" w14:textId="13D2EA00" w:rsidR="00006F8D" w:rsidRPr="006E22CD" w:rsidRDefault="006E22CD" w:rsidP="006E22CD">
      <w:pPr>
        <w:jc w:val="center"/>
        <w:rPr>
          <w:rFonts w:ascii="Arial" w:hAnsi="Arial" w:cs="Arial"/>
          <w:szCs w:val="20"/>
        </w:rPr>
      </w:pPr>
      <w:r w:rsidRPr="006E22CD">
        <w:rPr>
          <w:rFonts w:ascii="Arial" w:hAnsi="Arial" w:cs="Arial"/>
          <w:i/>
          <w:szCs w:val="20"/>
        </w:rPr>
        <w:t>Obrazec</w:t>
      </w:r>
      <w:r w:rsidR="008D3EFF" w:rsidRPr="006E22CD">
        <w:rPr>
          <w:rFonts w:ascii="Arial" w:hAnsi="Arial" w:cs="Arial"/>
          <w:i/>
          <w:szCs w:val="20"/>
        </w:rPr>
        <w:t xml:space="preserve"> za začetno oddajo naložbene priložnosti</w:t>
      </w:r>
    </w:p>
    <w:p w14:paraId="24AFB1C5" w14:textId="429CD4B5" w:rsidR="006E22CD" w:rsidRPr="006E22CD" w:rsidRDefault="008D3EFF" w:rsidP="006E22CD">
      <w:pPr>
        <w:pStyle w:val="Heading2"/>
      </w:pPr>
      <w:r w:rsidRPr="006E22CD">
        <w:rPr>
          <w:rStyle w:val="Heading2Char"/>
          <w:b/>
          <w:bCs/>
        </w:rPr>
        <w:t>Namen obrazca</w:t>
      </w:r>
    </w:p>
    <w:p w14:paraId="1F1CE18C" w14:textId="028F369F" w:rsidR="00006F8D" w:rsidRPr="006E22CD" w:rsidRDefault="4782B0D4" w:rsidP="0FE4B9C8">
      <w:pPr>
        <w:spacing w:after="0"/>
        <w:jc w:val="both"/>
        <w:rPr>
          <w:rFonts w:ascii="Arial" w:hAnsi="Arial" w:cs="Arial"/>
        </w:rPr>
      </w:pPr>
      <w:r w:rsidRPr="0FE4B9C8">
        <w:rPr>
          <w:rFonts w:ascii="Arial" w:hAnsi="Arial" w:cs="Arial"/>
        </w:rPr>
        <w:t xml:space="preserve">Ta obrazec je namenjen oddaji osnovnih informacij o alternativnem investicijskem skladu oziroma načrtovanem skladu, za katerega upravljavec oziroma ekipa želi, da SID Kapital ob strokovni podpori SID UP obravnava možnost vlaganja v okviru </w:t>
      </w:r>
      <w:r w:rsidR="008261D4">
        <w:rPr>
          <w:rFonts w:ascii="Arial" w:hAnsi="Arial" w:cs="Arial"/>
        </w:rPr>
        <w:t>od</w:t>
      </w:r>
      <w:r w:rsidR="00F41F6C">
        <w:rPr>
          <w:rFonts w:ascii="Arial" w:hAnsi="Arial" w:cs="Arial"/>
        </w:rPr>
        <w:t>prtega</w:t>
      </w:r>
      <w:r w:rsidR="00506751">
        <w:rPr>
          <w:rFonts w:ascii="Arial" w:hAnsi="Arial" w:cs="Arial"/>
        </w:rPr>
        <w:t xml:space="preserve"> po</w:t>
      </w:r>
      <w:r w:rsidR="008A7412">
        <w:rPr>
          <w:rFonts w:ascii="Arial" w:hAnsi="Arial" w:cs="Arial"/>
        </w:rPr>
        <w:t>ziva</w:t>
      </w:r>
      <w:r w:rsidRPr="0FE4B9C8">
        <w:rPr>
          <w:rFonts w:ascii="Arial" w:hAnsi="Arial" w:cs="Arial"/>
        </w:rPr>
        <w:t xml:space="preserve"> AIS.</w:t>
      </w:r>
    </w:p>
    <w:p w14:paraId="721296D1" w14:textId="2731B9D1" w:rsidR="006E22CD" w:rsidRPr="006E22CD" w:rsidRDefault="008D3EFF" w:rsidP="006E22CD">
      <w:pPr>
        <w:pStyle w:val="Heading2"/>
        <w:jc w:val="both"/>
      </w:pPr>
      <w:r w:rsidRPr="006E22CD">
        <w:rPr>
          <w:rStyle w:val="Heading2Char"/>
          <w:b/>
          <w:bCs/>
        </w:rPr>
        <w:t>Pomembno</w:t>
      </w:r>
    </w:p>
    <w:p w14:paraId="32058A22" w14:textId="5F3E723C" w:rsidR="00006F8D" w:rsidRPr="007D6F77" w:rsidRDefault="4782B0D4" w:rsidP="0FE4B9C8">
      <w:pPr>
        <w:spacing w:after="0"/>
        <w:jc w:val="both"/>
        <w:rPr>
          <w:rFonts w:ascii="Arial" w:hAnsi="Arial" w:cs="Arial"/>
        </w:rPr>
      </w:pPr>
      <w:r w:rsidRPr="0FE4B9C8">
        <w:rPr>
          <w:rFonts w:ascii="Arial" w:hAnsi="Arial" w:cs="Arial"/>
        </w:rPr>
        <w:t>Oddaja tega obrazca je namenjena zgolj začetni predstavitvi naložbene priložnosti. Oddaja obrazca, komunikacija v zvezi z njim ali potrditev prejema obrazca ne pomeni začetka skrbnega pregleda, začetka pogajanj, pravice do financiranja, zaveze za investiranje ali druge pravno zavezujoče obveznosti SID Kapital</w:t>
      </w:r>
      <w:r w:rsidR="000E7A91">
        <w:rPr>
          <w:rFonts w:ascii="Arial" w:hAnsi="Arial" w:cs="Arial"/>
        </w:rPr>
        <w:t>.</w:t>
      </w:r>
    </w:p>
    <w:p w14:paraId="556F5890" w14:textId="77777777" w:rsidR="005F43D5" w:rsidRPr="007D6F77" w:rsidRDefault="003A72A2" w:rsidP="007D6F77">
      <w:pPr>
        <w:spacing w:after="0"/>
        <w:jc w:val="both"/>
        <w:rPr>
          <w:rFonts w:ascii="Arial" w:hAnsi="Arial" w:cs="Arial"/>
        </w:rPr>
      </w:pPr>
      <w:r w:rsidRPr="007D6F77">
        <w:rPr>
          <w:rFonts w:ascii="Arial" w:hAnsi="Arial" w:cs="Arial"/>
        </w:rPr>
        <w:t>SID UP po prejemu izraza interesa opravi začetni interni pregled prejete naložbene priložnosti in se odloči, ali se naložbena priložnost uvrsti v preliminarno fazo obravnave. Če se priložnost uvrsti v preliminarno fazo, lahko SID UP prijavitelju posreduje preliminarni vprašalnik oziroma zahteva dodatne informacije ali dokumentacijo.</w:t>
      </w:r>
    </w:p>
    <w:p w14:paraId="49BC8974" w14:textId="5A3CC998" w:rsidR="005F43D5" w:rsidRDefault="565548E0" w:rsidP="007D6F77">
      <w:pPr>
        <w:spacing w:after="0"/>
        <w:jc w:val="both"/>
      </w:pPr>
      <w:r w:rsidRPr="565548E0">
        <w:rPr>
          <w:rFonts w:ascii="Arial" w:hAnsi="Arial" w:cs="Arial"/>
        </w:rPr>
        <w:t>Prijavitelj sam nosi vse stroške priprave in oddaje izraza interesa, priprave morebitnih prilog ter sodelovanja v postopku.</w:t>
      </w:r>
    </w:p>
    <w:p w14:paraId="2D40E558" w14:textId="77777777" w:rsidR="006E22CD" w:rsidRPr="006E22CD" w:rsidRDefault="006E22CD" w:rsidP="006E22CD">
      <w:pPr>
        <w:spacing w:after="0"/>
        <w:rPr>
          <w:rFonts w:ascii="Arial" w:hAnsi="Arial" w:cs="Arial"/>
          <w:szCs w:val="20"/>
        </w:rPr>
      </w:pPr>
    </w:p>
    <w:p w14:paraId="1990FEC4" w14:textId="77777777" w:rsidR="00006F8D" w:rsidRPr="006E22CD" w:rsidRDefault="008D3EFF" w:rsidP="006E22CD">
      <w:pPr>
        <w:pStyle w:val="Heading2"/>
      </w:pPr>
      <w:r w:rsidRPr="006E22CD">
        <w:t>1. Podatki o prijavitelju</w:t>
      </w:r>
    </w:p>
    <w:tbl>
      <w:tblPr>
        <w:tblStyle w:val="TableGrid"/>
        <w:tblW w:w="0" w:type="auto"/>
        <w:jc w:val="center"/>
        <w:tblLook w:val="04A0" w:firstRow="1" w:lastRow="0" w:firstColumn="1" w:lastColumn="0" w:noHBand="0" w:noVBand="1"/>
      </w:tblPr>
      <w:tblGrid>
        <w:gridCol w:w="3402"/>
        <w:gridCol w:w="5669"/>
      </w:tblGrid>
      <w:tr w:rsidR="00006F8D" w:rsidRPr="006E22CD" w14:paraId="6EEA4E90" w14:textId="77777777" w:rsidTr="001814D7">
        <w:trPr>
          <w:jc w:val="center"/>
        </w:trPr>
        <w:tc>
          <w:tcPr>
            <w:tcW w:w="3402" w:type="dxa"/>
            <w:shd w:val="clear" w:color="auto" w:fill="368DBC"/>
            <w:vAlign w:val="center"/>
          </w:tcPr>
          <w:p w14:paraId="6A8A5275" w14:textId="77777777" w:rsidR="00006F8D" w:rsidRPr="006E22CD" w:rsidRDefault="008D3EFF">
            <w:pPr>
              <w:rPr>
                <w:rFonts w:ascii="Arial" w:hAnsi="Arial" w:cs="Arial"/>
                <w:szCs w:val="20"/>
              </w:rPr>
            </w:pPr>
            <w:r w:rsidRPr="006E22CD">
              <w:rPr>
                <w:rFonts w:ascii="Arial" w:hAnsi="Arial" w:cs="Arial"/>
                <w:b/>
                <w:szCs w:val="20"/>
              </w:rPr>
              <w:t>Podatek</w:t>
            </w:r>
          </w:p>
        </w:tc>
        <w:tc>
          <w:tcPr>
            <w:tcW w:w="5669" w:type="dxa"/>
            <w:shd w:val="clear" w:color="auto" w:fill="368DBC"/>
            <w:vAlign w:val="center"/>
          </w:tcPr>
          <w:p w14:paraId="578A479E" w14:textId="77777777" w:rsidR="00006F8D" w:rsidRPr="006E22CD" w:rsidRDefault="008D3EFF">
            <w:pPr>
              <w:rPr>
                <w:rFonts w:ascii="Arial" w:hAnsi="Arial" w:cs="Arial"/>
                <w:szCs w:val="20"/>
              </w:rPr>
            </w:pPr>
            <w:r w:rsidRPr="006E22CD">
              <w:rPr>
                <w:rFonts w:ascii="Arial" w:hAnsi="Arial" w:cs="Arial"/>
                <w:b/>
                <w:szCs w:val="20"/>
              </w:rPr>
              <w:t>Vsebina</w:t>
            </w:r>
          </w:p>
        </w:tc>
      </w:tr>
      <w:tr w:rsidR="00006F8D" w:rsidRPr="006E22CD" w14:paraId="13AF04BB" w14:textId="77777777">
        <w:trPr>
          <w:jc w:val="center"/>
        </w:trPr>
        <w:tc>
          <w:tcPr>
            <w:tcW w:w="3402" w:type="dxa"/>
            <w:vAlign w:val="center"/>
          </w:tcPr>
          <w:p w14:paraId="2DD4E62C" w14:textId="77777777" w:rsidR="00006F8D" w:rsidRPr="006E22CD" w:rsidRDefault="008D3EFF">
            <w:pPr>
              <w:rPr>
                <w:rFonts w:ascii="Arial" w:hAnsi="Arial" w:cs="Arial"/>
                <w:szCs w:val="20"/>
              </w:rPr>
            </w:pPr>
            <w:r w:rsidRPr="006E22CD">
              <w:rPr>
                <w:rFonts w:ascii="Arial" w:hAnsi="Arial" w:cs="Arial"/>
                <w:szCs w:val="20"/>
              </w:rPr>
              <w:t>Naziv upravljavca / ekipe</w:t>
            </w:r>
          </w:p>
        </w:tc>
        <w:tc>
          <w:tcPr>
            <w:tcW w:w="5669" w:type="dxa"/>
            <w:vAlign w:val="center"/>
          </w:tcPr>
          <w:p w14:paraId="5B8EE333"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30DFB001" w14:textId="77777777">
        <w:trPr>
          <w:jc w:val="center"/>
        </w:trPr>
        <w:tc>
          <w:tcPr>
            <w:tcW w:w="3402" w:type="dxa"/>
            <w:vAlign w:val="center"/>
          </w:tcPr>
          <w:p w14:paraId="3C552E4F" w14:textId="77777777" w:rsidR="00006F8D" w:rsidRPr="006E22CD" w:rsidRDefault="008D3EFF">
            <w:pPr>
              <w:rPr>
                <w:rFonts w:ascii="Arial" w:hAnsi="Arial" w:cs="Arial"/>
                <w:szCs w:val="20"/>
              </w:rPr>
            </w:pPr>
            <w:r w:rsidRPr="006E22CD">
              <w:rPr>
                <w:rFonts w:ascii="Arial" w:hAnsi="Arial" w:cs="Arial"/>
                <w:szCs w:val="20"/>
              </w:rPr>
              <w:t>Kontaktna oseba</w:t>
            </w:r>
          </w:p>
        </w:tc>
        <w:tc>
          <w:tcPr>
            <w:tcW w:w="5669" w:type="dxa"/>
            <w:vAlign w:val="center"/>
          </w:tcPr>
          <w:p w14:paraId="2ADE6544" w14:textId="77777777" w:rsidR="00006F8D" w:rsidRPr="006E22CD" w:rsidRDefault="008D3EFF">
            <w:pPr>
              <w:rPr>
                <w:rFonts w:ascii="Arial" w:hAnsi="Arial" w:cs="Arial"/>
                <w:szCs w:val="20"/>
              </w:rPr>
            </w:pPr>
            <w:r w:rsidRPr="006E22CD">
              <w:rPr>
                <w:rFonts w:ascii="Arial" w:hAnsi="Arial" w:cs="Arial"/>
                <w:szCs w:val="20"/>
              </w:rPr>
              <w:t>[ime, priimek, funkcija]</w:t>
            </w:r>
          </w:p>
        </w:tc>
      </w:tr>
      <w:tr w:rsidR="00006F8D" w:rsidRPr="006E22CD" w14:paraId="30B93E17" w14:textId="77777777">
        <w:trPr>
          <w:jc w:val="center"/>
        </w:trPr>
        <w:tc>
          <w:tcPr>
            <w:tcW w:w="3402" w:type="dxa"/>
            <w:vAlign w:val="center"/>
          </w:tcPr>
          <w:p w14:paraId="106FE916" w14:textId="77777777" w:rsidR="00006F8D" w:rsidRPr="006E22CD" w:rsidRDefault="008D3EFF">
            <w:pPr>
              <w:rPr>
                <w:rFonts w:ascii="Arial" w:hAnsi="Arial" w:cs="Arial"/>
                <w:szCs w:val="20"/>
              </w:rPr>
            </w:pPr>
            <w:r w:rsidRPr="006E22CD">
              <w:rPr>
                <w:rFonts w:ascii="Arial" w:hAnsi="Arial" w:cs="Arial"/>
                <w:szCs w:val="20"/>
              </w:rPr>
              <w:t>E-naslov</w:t>
            </w:r>
          </w:p>
        </w:tc>
        <w:tc>
          <w:tcPr>
            <w:tcW w:w="5669" w:type="dxa"/>
            <w:vAlign w:val="center"/>
          </w:tcPr>
          <w:p w14:paraId="304DB8DA"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62C8B108" w14:textId="77777777">
        <w:trPr>
          <w:jc w:val="center"/>
        </w:trPr>
        <w:tc>
          <w:tcPr>
            <w:tcW w:w="3402" w:type="dxa"/>
            <w:vAlign w:val="center"/>
          </w:tcPr>
          <w:p w14:paraId="4D8FC95A" w14:textId="77777777" w:rsidR="00006F8D" w:rsidRPr="006E22CD" w:rsidRDefault="008D3EFF">
            <w:pPr>
              <w:rPr>
                <w:rFonts w:ascii="Arial" w:hAnsi="Arial" w:cs="Arial"/>
                <w:szCs w:val="20"/>
              </w:rPr>
            </w:pPr>
            <w:r w:rsidRPr="006E22CD">
              <w:rPr>
                <w:rFonts w:ascii="Arial" w:hAnsi="Arial" w:cs="Arial"/>
                <w:szCs w:val="20"/>
              </w:rPr>
              <w:t>Telefon</w:t>
            </w:r>
          </w:p>
        </w:tc>
        <w:tc>
          <w:tcPr>
            <w:tcW w:w="5669" w:type="dxa"/>
            <w:vAlign w:val="center"/>
          </w:tcPr>
          <w:p w14:paraId="202C6919"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7AB76E55" w14:textId="77777777">
        <w:trPr>
          <w:jc w:val="center"/>
        </w:trPr>
        <w:tc>
          <w:tcPr>
            <w:tcW w:w="3402" w:type="dxa"/>
            <w:vAlign w:val="center"/>
          </w:tcPr>
          <w:p w14:paraId="483C6EA6" w14:textId="77777777" w:rsidR="00006F8D" w:rsidRPr="006E22CD" w:rsidRDefault="008D3EFF">
            <w:pPr>
              <w:rPr>
                <w:rFonts w:ascii="Arial" w:hAnsi="Arial" w:cs="Arial"/>
                <w:szCs w:val="20"/>
              </w:rPr>
            </w:pPr>
            <w:r w:rsidRPr="006E22CD">
              <w:rPr>
                <w:rFonts w:ascii="Arial" w:hAnsi="Arial" w:cs="Arial"/>
                <w:szCs w:val="20"/>
              </w:rPr>
              <w:t>Spletna stran, če obstaja</w:t>
            </w:r>
          </w:p>
        </w:tc>
        <w:tc>
          <w:tcPr>
            <w:tcW w:w="5669" w:type="dxa"/>
            <w:vAlign w:val="center"/>
          </w:tcPr>
          <w:p w14:paraId="516DC1FA"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756B1998" w14:textId="77777777">
        <w:trPr>
          <w:jc w:val="center"/>
        </w:trPr>
        <w:tc>
          <w:tcPr>
            <w:tcW w:w="3402" w:type="dxa"/>
            <w:vAlign w:val="center"/>
          </w:tcPr>
          <w:p w14:paraId="6A109CE6" w14:textId="77777777" w:rsidR="00006F8D" w:rsidRPr="006E22CD" w:rsidRDefault="008D3EFF">
            <w:pPr>
              <w:rPr>
                <w:rFonts w:ascii="Arial" w:hAnsi="Arial" w:cs="Arial"/>
                <w:szCs w:val="20"/>
              </w:rPr>
            </w:pPr>
            <w:r w:rsidRPr="006E22CD">
              <w:rPr>
                <w:rFonts w:ascii="Arial" w:hAnsi="Arial" w:cs="Arial"/>
                <w:szCs w:val="20"/>
              </w:rPr>
              <w:t>Status upravljavca</w:t>
            </w:r>
          </w:p>
        </w:tc>
        <w:tc>
          <w:tcPr>
            <w:tcW w:w="5669" w:type="dxa"/>
            <w:vAlign w:val="center"/>
          </w:tcPr>
          <w:p w14:paraId="1A6024A9" w14:textId="77777777" w:rsidR="00006F8D" w:rsidRPr="006E22CD" w:rsidRDefault="008D3EFF">
            <w:pPr>
              <w:rPr>
                <w:rFonts w:ascii="Arial" w:hAnsi="Arial" w:cs="Arial"/>
                <w:szCs w:val="20"/>
              </w:rPr>
            </w:pPr>
            <w:r w:rsidRPr="006E22CD">
              <w:rPr>
                <w:rFonts w:ascii="Arial" w:hAnsi="Arial" w:cs="Arial"/>
                <w:szCs w:val="20"/>
              </w:rPr>
              <w:t>[ustanovljen / v ustanavljanju / drugo]</w:t>
            </w:r>
          </w:p>
        </w:tc>
      </w:tr>
      <w:tr w:rsidR="00006F8D" w:rsidRPr="006E22CD" w14:paraId="30018661" w14:textId="77777777">
        <w:trPr>
          <w:jc w:val="center"/>
        </w:trPr>
        <w:tc>
          <w:tcPr>
            <w:tcW w:w="3402" w:type="dxa"/>
            <w:vAlign w:val="center"/>
          </w:tcPr>
          <w:p w14:paraId="28C1D0E2" w14:textId="77777777" w:rsidR="00006F8D" w:rsidRPr="006E22CD" w:rsidRDefault="008D3EFF">
            <w:pPr>
              <w:rPr>
                <w:rFonts w:ascii="Arial" w:hAnsi="Arial" w:cs="Arial"/>
                <w:szCs w:val="20"/>
              </w:rPr>
            </w:pPr>
            <w:r w:rsidRPr="006E22CD">
              <w:rPr>
                <w:rFonts w:ascii="Arial" w:hAnsi="Arial" w:cs="Arial"/>
                <w:szCs w:val="20"/>
              </w:rPr>
              <w:t>Država / sedež upravljavca ali ekipe</w:t>
            </w:r>
          </w:p>
        </w:tc>
        <w:tc>
          <w:tcPr>
            <w:tcW w:w="5669" w:type="dxa"/>
            <w:vAlign w:val="center"/>
          </w:tcPr>
          <w:p w14:paraId="2E7740E6" w14:textId="77777777" w:rsidR="00006F8D" w:rsidRPr="006E22CD" w:rsidRDefault="008D3EFF">
            <w:pPr>
              <w:rPr>
                <w:rFonts w:ascii="Arial" w:hAnsi="Arial" w:cs="Arial"/>
                <w:szCs w:val="20"/>
              </w:rPr>
            </w:pPr>
            <w:r w:rsidRPr="006E22CD">
              <w:rPr>
                <w:rFonts w:ascii="Arial" w:hAnsi="Arial" w:cs="Arial"/>
                <w:szCs w:val="20"/>
              </w:rPr>
              <w:t>[●]</w:t>
            </w:r>
          </w:p>
        </w:tc>
      </w:tr>
    </w:tbl>
    <w:p w14:paraId="458D1460" w14:textId="77777777" w:rsidR="00006F8D" w:rsidRPr="006E22CD" w:rsidRDefault="00006F8D">
      <w:pPr>
        <w:rPr>
          <w:rFonts w:ascii="Arial" w:hAnsi="Arial" w:cs="Arial"/>
          <w:szCs w:val="20"/>
        </w:rPr>
      </w:pPr>
    </w:p>
    <w:p w14:paraId="5053783F" w14:textId="77777777" w:rsidR="00006F8D" w:rsidRPr="006E22CD" w:rsidRDefault="008D3EFF" w:rsidP="006E22CD">
      <w:pPr>
        <w:pStyle w:val="Heading2"/>
      </w:pPr>
      <w:r w:rsidRPr="006E22CD">
        <w:t>2. Osnovni podatki o skladu oziroma načrtovanem skladu</w:t>
      </w:r>
    </w:p>
    <w:tbl>
      <w:tblPr>
        <w:tblStyle w:val="TableGrid"/>
        <w:tblW w:w="0" w:type="auto"/>
        <w:jc w:val="center"/>
        <w:tblLook w:val="04A0" w:firstRow="1" w:lastRow="0" w:firstColumn="1" w:lastColumn="0" w:noHBand="0" w:noVBand="1"/>
      </w:tblPr>
      <w:tblGrid>
        <w:gridCol w:w="3402"/>
        <w:gridCol w:w="5669"/>
      </w:tblGrid>
      <w:tr w:rsidR="00006F8D" w:rsidRPr="006E22CD" w14:paraId="5A835043" w14:textId="77777777" w:rsidTr="008931DD">
        <w:trPr>
          <w:jc w:val="center"/>
        </w:trPr>
        <w:tc>
          <w:tcPr>
            <w:tcW w:w="3402" w:type="dxa"/>
            <w:shd w:val="clear" w:color="auto" w:fill="368DBC"/>
            <w:vAlign w:val="center"/>
          </w:tcPr>
          <w:p w14:paraId="2D38ECC5" w14:textId="77777777" w:rsidR="00006F8D" w:rsidRPr="006E22CD" w:rsidRDefault="008D3EFF">
            <w:pPr>
              <w:rPr>
                <w:rFonts w:ascii="Arial" w:hAnsi="Arial" w:cs="Arial"/>
                <w:szCs w:val="20"/>
              </w:rPr>
            </w:pPr>
            <w:r w:rsidRPr="006E22CD">
              <w:rPr>
                <w:rFonts w:ascii="Arial" w:hAnsi="Arial" w:cs="Arial"/>
                <w:b/>
                <w:szCs w:val="20"/>
              </w:rPr>
              <w:t>Podatek</w:t>
            </w:r>
          </w:p>
        </w:tc>
        <w:tc>
          <w:tcPr>
            <w:tcW w:w="5669" w:type="dxa"/>
            <w:shd w:val="clear" w:color="auto" w:fill="368DBC"/>
            <w:vAlign w:val="center"/>
          </w:tcPr>
          <w:p w14:paraId="7BDFF9E9" w14:textId="77777777" w:rsidR="00006F8D" w:rsidRPr="006E22CD" w:rsidRDefault="008D3EFF">
            <w:pPr>
              <w:rPr>
                <w:rFonts w:ascii="Arial" w:hAnsi="Arial" w:cs="Arial"/>
                <w:szCs w:val="20"/>
              </w:rPr>
            </w:pPr>
            <w:r w:rsidRPr="006E22CD">
              <w:rPr>
                <w:rFonts w:ascii="Arial" w:hAnsi="Arial" w:cs="Arial"/>
                <w:b/>
                <w:szCs w:val="20"/>
              </w:rPr>
              <w:t>Vsebina</w:t>
            </w:r>
          </w:p>
        </w:tc>
      </w:tr>
      <w:tr w:rsidR="00006F8D" w:rsidRPr="006E22CD" w14:paraId="29BFE2B5" w14:textId="77777777">
        <w:trPr>
          <w:jc w:val="center"/>
        </w:trPr>
        <w:tc>
          <w:tcPr>
            <w:tcW w:w="3402" w:type="dxa"/>
            <w:vAlign w:val="center"/>
          </w:tcPr>
          <w:p w14:paraId="7AAAF47A" w14:textId="77777777" w:rsidR="00006F8D" w:rsidRPr="006E22CD" w:rsidRDefault="008D3EFF">
            <w:pPr>
              <w:rPr>
                <w:rFonts w:ascii="Arial" w:hAnsi="Arial" w:cs="Arial"/>
                <w:szCs w:val="20"/>
              </w:rPr>
            </w:pPr>
            <w:r w:rsidRPr="006E22CD">
              <w:rPr>
                <w:rFonts w:ascii="Arial" w:hAnsi="Arial" w:cs="Arial"/>
                <w:szCs w:val="20"/>
              </w:rPr>
              <w:t>Naziv sklada / delovni naziv</w:t>
            </w:r>
          </w:p>
        </w:tc>
        <w:tc>
          <w:tcPr>
            <w:tcW w:w="5669" w:type="dxa"/>
            <w:vAlign w:val="center"/>
          </w:tcPr>
          <w:p w14:paraId="0B71D9DE"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4667779F" w14:textId="77777777">
        <w:trPr>
          <w:jc w:val="center"/>
        </w:trPr>
        <w:tc>
          <w:tcPr>
            <w:tcW w:w="3402" w:type="dxa"/>
            <w:vAlign w:val="center"/>
          </w:tcPr>
          <w:p w14:paraId="4168F10D" w14:textId="77777777" w:rsidR="00006F8D" w:rsidRPr="006E22CD" w:rsidRDefault="008D3EFF">
            <w:pPr>
              <w:rPr>
                <w:rFonts w:ascii="Arial" w:hAnsi="Arial" w:cs="Arial"/>
                <w:szCs w:val="20"/>
              </w:rPr>
            </w:pPr>
            <w:r w:rsidRPr="006E22CD">
              <w:rPr>
                <w:rFonts w:ascii="Arial" w:hAnsi="Arial" w:cs="Arial"/>
                <w:szCs w:val="20"/>
              </w:rPr>
              <w:t>Status sklada</w:t>
            </w:r>
          </w:p>
        </w:tc>
        <w:tc>
          <w:tcPr>
            <w:tcW w:w="5669" w:type="dxa"/>
            <w:vAlign w:val="center"/>
          </w:tcPr>
          <w:p w14:paraId="71F45B82" w14:textId="77777777" w:rsidR="00006F8D" w:rsidRPr="006E22CD" w:rsidRDefault="008D3EFF">
            <w:pPr>
              <w:rPr>
                <w:rFonts w:ascii="Arial" w:hAnsi="Arial" w:cs="Arial"/>
                <w:szCs w:val="20"/>
              </w:rPr>
            </w:pPr>
            <w:r w:rsidRPr="006E22CD">
              <w:rPr>
                <w:rFonts w:ascii="Arial" w:hAnsi="Arial" w:cs="Arial"/>
                <w:szCs w:val="20"/>
              </w:rPr>
              <w:t>[ustanovljen / v ustanavljanju / načrtovan]</w:t>
            </w:r>
          </w:p>
        </w:tc>
      </w:tr>
      <w:tr w:rsidR="00006F8D" w:rsidRPr="006E22CD" w14:paraId="1F303CDB" w14:textId="77777777">
        <w:trPr>
          <w:jc w:val="center"/>
        </w:trPr>
        <w:tc>
          <w:tcPr>
            <w:tcW w:w="3402" w:type="dxa"/>
            <w:vAlign w:val="center"/>
          </w:tcPr>
          <w:p w14:paraId="0A64F019" w14:textId="77777777" w:rsidR="00006F8D" w:rsidRPr="006E22CD" w:rsidRDefault="008D3EFF">
            <w:pPr>
              <w:rPr>
                <w:rFonts w:ascii="Arial" w:hAnsi="Arial" w:cs="Arial"/>
                <w:szCs w:val="20"/>
              </w:rPr>
            </w:pPr>
            <w:r w:rsidRPr="006E22CD">
              <w:rPr>
                <w:rFonts w:ascii="Arial" w:hAnsi="Arial" w:cs="Arial"/>
                <w:szCs w:val="20"/>
              </w:rPr>
              <w:t>Predvidena jurisdikcija oziroma sedež sklada</w:t>
            </w:r>
          </w:p>
        </w:tc>
        <w:tc>
          <w:tcPr>
            <w:tcW w:w="5669" w:type="dxa"/>
            <w:vAlign w:val="center"/>
          </w:tcPr>
          <w:p w14:paraId="5D5BA0AF"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12368639" w14:textId="77777777">
        <w:trPr>
          <w:jc w:val="center"/>
        </w:trPr>
        <w:tc>
          <w:tcPr>
            <w:tcW w:w="3402" w:type="dxa"/>
            <w:vAlign w:val="center"/>
          </w:tcPr>
          <w:p w14:paraId="189B6AE3" w14:textId="77777777" w:rsidR="00006F8D" w:rsidRPr="006E22CD" w:rsidRDefault="008D3EFF">
            <w:pPr>
              <w:rPr>
                <w:rFonts w:ascii="Arial" w:hAnsi="Arial" w:cs="Arial"/>
                <w:szCs w:val="20"/>
              </w:rPr>
            </w:pPr>
            <w:r w:rsidRPr="006E22CD">
              <w:rPr>
                <w:rFonts w:ascii="Arial" w:hAnsi="Arial" w:cs="Arial"/>
                <w:szCs w:val="20"/>
              </w:rPr>
              <w:t>Tip sklada / strategija</w:t>
            </w:r>
          </w:p>
        </w:tc>
        <w:tc>
          <w:tcPr>
            <w:tcW w:w="5669" w:type="dxa"/>
            <w:vAlign w:val="center"/>
          </w:tcPr>
          <w:p w14:paraId="1D604B54" w14:textId="77777777" w:rsidR="00006F8D" w:rsidRPr="006E22CD" w:rsidRDefault="008D3EFF">
            <w:pPr>
              <w:rPr>
                <w:rFonts w:ascii="Arial" w:hAnsi="Arial" w:cs="Arial"/>
                <w:szCs w:val="20"/>
              </w:rPr>
            </w:pPr>
            <w:r w:rsidRPr="006E22CD">
              <w:rPr>
                <w:rFonts w:ascii="Arial" w:hAnsi="Arial" w:cs="Arial"/>
                <w:szCs w:val="20"/>
              </w:rPr>
              <w:t>[tvegani kapital / prenos tehnologij / zasebni kapital / rast / infrastruktura / drugo]</w:t>
            </w:r>
          </w:p>
        </w:tc>
      </w:tr>
      <w:tr w:rsidR="00006F8D" w:rsidRPr="006E22CD" w14:paraId="2396C110" w14:textId="77777777">
        <w:trPr>
          <w:jc w:val="center"/>
        </w:trPr>
        <w:tc>
          <w:tcPr>
            <w:tcW w:w="3402" w:type="dxa"/>
            <w:vAlign w:val="center"/>
          </w:tcPr>
          <w:p w14:paraId="50C7EEBB" w14:textId="77777777" w:rsidR="00006F8D" w:rsidRPr="006E22CD" w:rsidRDefault="008D3EFF">
            <w:pPr>
              <w:rPr>
                <w:rFonts w:ascii="Arial" w:hAnsi="Arial" w:cs="Arial"/>
                <w:szCs w:val="20"/>
              </w:rPr>
            </w:pPr>
            <w:r w:rsidRPr="006E22CD">
              <w:rPr>
                <w:rFonts w:ascii="Arial" w:hAnsi="Arial" w:cs="Arial"/>
                <w:szCs w:val="20"/>
              </w:rPr>
              <w:t>Ciljna velikost sklada</w:t>
            </w:r>
          </w:p>
        </w:tc>
        <w:tc>
          <w:tcPr>
            <w:tcW w:w="5669" w:type="dxa"/>
            <w:vAlign w:val="center"/>
          </w:tcPr>
          <w:p w14:paraId="211E545A" w14:textId="77777777" w:rsidR="00006F8D" w:rsidRPr="006E22CD" w:rsidRDefault="008D3EFF">
            <w:pPr>
              <w:rPr>
                <w:rFonts w:ascii="Arial" w:hAnsi="Arial" w:cs="Arial"/>
                <w:szCs w:val="20"/>
              </w:rPr>
            </w:pPr>
            <w:r w:rsidRPr="006E22CD">
              <w:rPr>
                <w:rFonts w:ascii="Arial" w:hAnsi="Arial" w:cs="Arial"/>
                <w:szCs w:val="20"/>
              </w:rPr>
              <w:t>[●] EUR</w:t>
            </w:r>
          </w:p>
        </w:tc>
      </w:tr>
      <w:tr w:rsidR="00006F8D" w:rsidRPr="006E22CD" w14:paraId="0C6B0357" w14:textId="77777777">
        <w:trPr>
          <w:jc w:val="center"/>
        </w:trPr>
        <w:tc>
          <w:tcPr>
            <w:tcW w:w="3402" w:type="dxa"/>
            <w:vAlign w:val="center"/>
          </w:tcPr>
          <w:p w14:paraId="69793769" w14:textId="77777777" w:rsidR="00006F8D" w:rsidRPr="006E22CD" w:rsidRDefault="008D3EFF">
            <w:pPr>
              <w:rPr>
                <w:rFonts w:ascii="Arial" w:hAnsi="Arial" w:cs="Arial"/>
                <w:szCs w:val="20"/>
              </w:rPr>
            </w:pPr>
            <w:r w:rsidRPr="006E22CD">
              <w:rPr>
                <w:rFonts w:ascii="Arial" w:hAnsi="Arial" w:cs="Arial"/>
                <w:szCs w:val="20"/>
              </w:rPr>
              <w:t xml:space="preserve">Okvirna pričakovana zaveza SID Kapital </w:t>
            </w:r>
            <w:proofErr w:type="spellStart"/>
            <w:r w:rsidRPr="006E22CD">
              <w:rPr>
                <w:rFonts w:ascii="Arial" w:hAnsi="Arial" w:cs="Arial"/>
                <w:szCs w:val="20"/>
              </w:rPr>
              <w:t>d.o.o</w:t>
            </w:r>
            <w:proofErr w:type="spellEnd"/>
            <w:r w:rsidRPr="006E22CD">
              <w:rPr>
                <w:rFonts w:ascii="Arial" w:hAnsi="Arial" w:cs="Arial"/>
                <w:szCs w:val="20"/>
              </w:rPr>
              <w:t>.</w:t>
            </w:r>
          </w:p>
        </w:tc>
        <w:tc>
          <w:tcPr>
            <w:tcW w:w="5669" w:type="dxa"/>
            <w:vAlign w:val="center"/>
          </w:tcPr>
          <w:p w14:paraId="6A4FA49D" w14:textId="77777777" w:rsidR="00006F8D" w:rsidRPr="006E22CD" w:rsidRDefault="008D3EFF">
            <w:pPr>
              <w:rPr>
                <w:rFonts w:ascii="Arial" w:hAnsi="Arial" w:cs="Arial"/>
                <w:szCs w:val="20"/>
              </w:rPr>
            </w:pPr>
            <w:r w:rsidRPr="006E22CD">
              <w:rPr>
                <w:rFonts w:ascii="Arial" w:hAnsi="Arial" w:cs="Arial"/>
                <w:szCs w:val="20"/>
              </w:rPr>
              <w:t>[●] EUR</w:t>
            </w:r>
          </w:p>
        </w:tc>
      </w:tr>
      <w:tr w:rsidR="00006F8D" w:rsidRPr="006E22CD" w14:paraId="74BB7B1B" w14:textId="77777777">
        <w:trPr>
          <w:jc w:val="center"/>
        </w:trPr>
        <w:tc>
          <w:tcPr>
            <w:tcW w:w="3402" w:type="dxa"/>
            <w:vAlign w:val="center"/>
          </w:tcPr>
          <w:p w14:paraId="006BCE17" w14:textId="77777777" w:rsidR="00006F8D" w:rsidRPr="006E22CD" w:rsidRDefault="008D3EFF">
            <w:pPr>
              <w:rPr>
                <w:rFonts w:ascii="Arial" w:hAnsi="Arial" w:cs="Arial"/>
                <w:szCs w:val="20"/>
              </w:rPr>
            </w:pPr>
            <w:r w:rsidRPr="006E22CD">
              <w:rPr>
                <w:rFonts w:ascii="Arial" w:hAnsi="Arial" w:cs="Arial"/>
                <w:szCs w:val="20"/>
              </w:rPr>
              <w:t>Predviden čas prvega zaprtja, če je znan</w:t>
            </w:r>
          </w:p>
        </w:tc>
        <w:tc>
          <w:tcPr>
            <w:tcW w:w="5669" w:type="dxa"/>
            <w:vAlign w:val="center"/>
          </w:tcPr>
          <w:p w14:paraId="42CE05A6" w14:textId="77777777" w:rsidR="00006F8D" w:rsidRPr="006E22CD" w:rsidRDefault="008D3EFF">
            <w:pPr>
              <w:rPr>
                <w:rFonts w:ascii="Arial" w:hAnsi="Arial" w:cs="Arial"/>
                <w:szCs w:val="20"/>
              </w:rPr>
            </w:pPr>
            <w:r w:rsidRPr="006E22CD">
              <w:rPr>
                <w:rFonts w:ascii="Arial" w:hAnsi="Arial" w:cs="Arial"/>
                <w:szCs w:val="20"/>
              </w:rPr>
              <w:t>[●]</w:t>
            </w:r>
          </w:p>
        </w:tc>
      </w:tr>
    </w:tbl>
    <w:p w14:paraId="576EC340" w14:textId="77777777" w:rsidR="00006F8D" w:rsidRPr="006E22CD" w:rsidRDefault="00006F8D">
      <w:pPr>
        <w:rPr>
          <w:rFonts w:ascii="Arial" w:hAnsi="Arial" w:cs="Arial"/>
          <w:szCs w:val="20"/>
        </w:rPr>
      </w:pPr>
    </w:p>
    <w:p w14:paraId="4F45659C" w14:textId="77777777" w:rsidR="00006F8D" w:rsidRPr="006E22CD" w:rsidRDefault="4782B0D4" w:rsidP="006E22CD">
      <w:pPr>
        <w:pStyle w:val="Heading2"/>
      </w:pPr>
      <w:r>
        <w:t>3. Kratek opis naložbene priložnosti</w:t>
      </w:r>
    </w:p>
    <w:p w14:paraId="3457F913" w14:textId="77777777" w:rsidR="00006F8D" w:rsidRPr="006E22CD" w:rsidRDefault="008D3EFF">
      <w:pPr>
        <w:rPr>
          <w:rFonts w:ascii="Arial" w:hAnsi="Arial" w:cs="Arial"/>
          <w:szCs w:val="20"/>
        </w:rPr>
      </w:pPr>
      <w:r w:rsidRPr="006E22CD">
        <w:rPr>
          <w:rFonts w:ascii="Arial" w:hAnsi="Arial" w:cs="Arial"/>
          <w:szCs w:val="20"/>
        </w:rPr>
        <w:t>Prosimo, kratko opišite sklad oziroma načrtovani sklad, investicijsko strategijo, ciljne naložbe, geografski fokus, faze razvoja ciljnih podjetij oziroma projektov, upravljavsko ekipo in trenutni status zbiranja zavez.</w:t>
      </w:r>
    </w:p>
    <w:tbl>
      <w:tblPr>
        <w:tblStyle w:val="TableGrid"/>
        <w:tblW w:w="0" w:type="auto"/>
        <w:jc w:val="center"/>
        <w:tblLook w:val="04A0" w:firstRow="1" w:lastRow="0" w:firstColumn="1" w:lastColumn="0" w:noHBand="0" w:noVBand="1"/>
      </w:tblPr>
      <w:tblGrid>
        <w:gridCol w:w="9071"/>
      </w:tblGrid>
      <w:tr w:rsidR="00006F8D" w:rsidRPr="006E22CD" w14:paraId="15420BF1" w14:textId="77777777" w:rsidTr="00324014">
        <w:trPr>
          <w:jc w:val="center"/>
        </w:trPr>
        <w:tc>
          <w:tcPr>
            <w:tcW w:w="9071" w:type="dxa"/>
            <w:shd w:val="clear" w:color="auto" w:fill="368DBC"/>
            <w:vAlign w:val="center"/>
          </w:tcPr>
          <w:p w14:paraId="2DFB1ADB" w14:textId="77777777" w:rsidR="00006F8D" w:rsidRPr="006E22CD" w:rsidRDefault="008D3EFF">
            <w:pPr>
              <w:rPr>
                <w:rFonts w:ascii="Arial" w:hAnsi="Arial" w:cs="Arial"/>
                <w:szCs w:val="20"/>
              </w:rPr>
            </w:pPr>
            <w:r w:rsidRPr="006E22CD">
              <w:rPr>
                <w:rFonts w:ascii="Arial" w:hAnsi="Arial" w:cs="Arial"/>
                <w:b/>
                <w:szCs w:val="20"/>
              </w:rPr>
              <w:t>Prosto besedilo</w:t>
            </w:r>
          </w:p>
        </w:tc>
      </w:tr>
      <w:tr w:rsidR="00006F8D" w:rsidRPr="006E22CD" w14:paraId="65758F6F" w14:textId="77777777">
        <w:trPr>
          <w:jc w:val="center"/>
        </w:trPr>
        <w:tc>
          <w:tcPr>
            <w:tcW w:w="9071" w:type="dxa"/>
            <w:vAlign w:val="center"/>
          </w:tcPr>
          <w:p w14:paraId="21D0E1DD" w14:textId="77777777" w:rsidR="00006F8D" w:rsidRPr="006E22CD" w:rsidRDefault="008D3EFF">
            <w:pPr>
              <w:rPr>
                <w:rFonts w:ascii="Arial" w:hAnsi="Arial" w:cs="Arial"/>
                <w:szCs w:val="20"/>
              </w:rPr>
            </w:pPr>
            <w:r w:rsidRPr="006E22CD">
              <w:rPr>
                <w:rFonts w:ascii="Arial" w:hAnsi="Arial" w:cs="Arial"/>
                <w:szCs w:val="20"/>
              </w:rPr>
              <w:t>[●]</w:t>
            </w:r>
          </w:p>
        </w:tc>
      </w:tr>
    </w:tbl>
    <w:p w14:paraId="6A0C7F58" w14:textId="77777777" w:rsidR="00006F8D" w:rsidRPr="006E22CD" w:rsidRDefault="00006F8D">
      <w:pPr>
        <w:rPr>
          <w:rFonts w:ascii="Arial" w:hAnsi="Arial" w:cs="Arial"/>
          <w:szCs w:val="20"/>
        </w:rPr>
      </w:pPr>
    </w:p>
    <w:p w14:paraId="7C7E53FE" w14:textId="77777777" w:rsidR="00006F8D" w:rsidRPr="006E22CD" w:rsidRDefault="4782B0D4" w:rsidP="006E22CD">
      <w:pPr>
        <w:pStyle w:val="Heading2"/>
      </w:pPr>
      <w:r>
        <w:lastRenderedPageBreak/>
        <w:t>4. Pričakovani učinek v Sloveniji</w:t>
      </w:r>
    </w:p>
    <w:p w14:paraId="15692F3D" w14:textId="77777777" w:rsidR="00006F8D" w:rsidRPr="006E22CD" w:rsidRDefault="008D3EFF" w:rsidP="006E22CD">
      <w:pPr>
        <w:jc w:val="both"/>
        <w:rPr>
          <w:rFonts w:ascii="Arial" w:hAnsi="Arial" w:cs="Arial"/>
          <w:szCs w:val="20"/>
        </w:rPr>
      </w:pPr>
      <w:r w:rsidRPr="006E22CD">
        <w:rPr>
          <w:rFonts w:ascii="Arial" w:hAnsi="Arial" w:cs="Arial"/>
          <w:szCs w:val="20"/>
        </w:rPr>
        <w:t>Prosimo, kratko pojasnite, na kakšen način bi sklad lahko prispeval k učinku v Sloveniji, na primer prek vlaganj v slovenska podjetja, podjetja z dolgoročno povezavo s slovenskim gospodarstvom, prisotnosti ekipe v Sloveniji, prenosa znanja, razvoja lokalnega ekosistema ali mobilizacije zasebnega kapitala.</w:t>
      </w:r>
    </w:p>
    <w:tbl>
      <w:tblPr>
        <w:tblStyle w:val="TableGrid"/>
        <w:tblW w:w="0" w:type="auto"/>
        <w:jc w:val="center"/>
        <w:tblLook w:val="04A0" w:firstRow="1" w:lastRow="0" w:firstColumn="1" w:lastColumn="0" w:noHBand="0" w:noVBand="1"/>
      </w:tblPr>
      <w:tblGrid>
        <w:gridCol w:w="9071"/>
      </w:tblGrid>
      <w:tr w:rsidR="00006F8D" w:rsidRPr="006E22CD" w14:paraId="372D8D90" w14:textId="77777777" w:rsidTr="0007054D">
        <w:trPr>
          <w:jc w:val="center"/>
        </w:trPr>
        <w:tc>
          <w:tcPr>
            <w:tcW w:w="9071" w:type="dxa"/>
            <w:shd w:val="clear" w:color="auto" w:fill="368DBC"/>
            <w:vAlign w:val="center"/>
          </w:tcPr>
          <w:p w14:paraId="7F45E34A" w14:textId="77777777" w:rsidR="00006F8D" w:rsidRPr="006E22CD" w:rsidRDefault="008D3EFF">
            <w:pPr>
              <w:rPr>
                <w:rFonts w:ascii="Arial" w:hAnsi="Arial" w:cs="Arial"/>
                <w:szCs w:val="20"/>
              </w:rPr>
            </w:pPr>
            <w:r w:rsidRPr="006E22CD">
              <w:rPr>
                <w:rFonts w:ascii="Arial" w:hAnsi="Arial" w:cs="Arial"/>
                <w:b/>
                <w:szCs w:val="20"/>
              </w:rPr>
              <w:t>Prosto besedilo</w:t>
            </w:r>
          </w:p>
        </w:tc>
      </w:tr>
      <w:tr w:rsidR="00006F8D" w:rsidRPr="006E22CD" w14:paraId="36FC74EA" w14:textId="77777777">
        <w:trPr>
          <w:jc w:val="center"/>
        </w:trPr>
        <w:tc>
          <w:tcPr>
            <w:tcW w:w="9071" w:type="dxa"/>
            <w:vAlign w:val="center"/>
          </w:tcPr>
          <w:p w14:paraId="699C9491" w14:textId="77777777" w:rsidR="00006F8D" w:rsidRPr="006E22CD" w:rsidRDefault="008D3EFF">
            <w:pPr>
              <w:rPr>
                <w:rFonts w:ascii="Arial" w:hAnsi="Arial" w:cs="Arial"/>
                <w:szCs w:val="20"/>
              </w:rPr>
            </w:pPr>
            <w:r w:rsidRPr="006E22CD">
              <w:rPr>
                <w:rFonts w:ascii="Arial" w:hAnsi="Arial" w:cs="Arial"/>
                <w:szCs w:val="20"/>
              </w:rPr>
              <w:t>[●]</w:t>
            </w:r>
          </w:p>
        </w:tc>
      </w:tr>
    </w:tbl>
    <w:p w14:paraId="0E1E009D" w14:textId="77777777" w:rsidR="00006F8D" w:rsidRPr="006E22CD" w:rsidRDefault="00006F8D">
      <w:pPr>
        <w:rPr>
          <w:rFonts w:ascii="Arial" w:hAnsi="Arial" w:cs="Arial"/>
          <w:szCs w:val="20"/>
        </w:rPr>
      </w:pPr>
    </w:p>
    <w:p w14:paraId="300A4514" w14:textId="77777777" w:rsidR="00006F8D" w:rsidRPr="006E22CD" w:rsidRDefault="008D3EFF" w:rsidP="006E22CD">
      <w:pPr>
        <w:pStyle w:val="Heading2"/>
      </w:pPr>
      <w:r w:rsidRPr="006E22CD">
        <w:t>5. Priloge</w:t>
      </w:r>
    </w:p>
    <w:p w14:paraId="1508D308" w14:textId="77777777" w:rsidR="00006F8D" w:rsidRPr="006E22CD" w:rsidRDefault="008D3EFF" w:rsidP="006E22CD">
      <w:pPr>
        <w:jc w:val="both"/>
        <w:rPr>
          <w:rFonts w:ascii="Arial" w:hAnsi="Arial" w:cs="Arial"/>
          <w:szCs w:val="20"/>
        </w:rPr>
      </w:pPr>
      <w:r w:rsidRPr="006E22CD">
        <w:rPr>
          <w:rFonts w:ascii="Arial" w:hAnsi="Arial" w:cs="Arial"/>
          <w:szCs w:val="20"/>
        </w:rPr>
        <w:t>Prijavitelj lahko, če so že na voljo, priloži osnovno dokumentacijo, ki je pomembna za začetno razumevanje naložbene priložnosti.</w:t>
      </w:r>
    </w:p>
    <w:tbl>
      <w:tblPr>
        <w:tblStyle w:val="TableGrid"/>
        <w:tblW w:w="0" w:type="auto"/>
        <w:jc w:val="center"/>
        <w:tblLook w:val="04A0" w:firstRow="1" w:lastRow="0" w:firstColumn="1" w:lastColumn="0" w:noHBand="0" w:noVBand="1"/>
      </w:tblPr>
      <w:tblGrid>
        <w:gridCol w:w="5669"/>
        <w:gridCol w:w="3402"/>
      </w:tblGrid>
      <w:tr w:rsidR="00006F8D" w:rsidRPr="006E22CD" w14:paraId="76AF67AC" w14:textId="77777777" w:rsidTr="00A632E1">
        <w:trPr>
          <w:jc w:val="center"/>
        </w:trPr>
        <w:tc>
          <w:tcPr>
            <w:tcW w:w="5669" w:type="dxa"/>
            <w:shd w:val="clear" w:color="auto" w:fill="368DBC"/>
            <w:vAlign w:val="center"/>
          </w:tcPr>
          <w:p w14:paraId="0E948751" w14:textId="77777777" w:rsidR="00006F8D" w:rsidRPr="006E22CD" w:rsidRDefault="008D3EFF">
            <w:pPr>
              <w:rPr>
                <w:rFonts w:ascii="Arial" w:hAnsi="Arial" w:cs="Arial"/>
                <w:szCs w:val="20"/>
              </w:rPr>
            </w:pPr>
            <w:r w:rsidRPr="006E22CD">
              <w:rPr>
                <w:rFonts w:ascii="Arial" w:hAnsi="Arial" w:cs="Arial"/>
                <w:b/>
                <w:szCs w:val="20"/>
              </w:rPr>
              <w:t>Priloga</w:t>
            </w:r>
          </w:p>
        </w:tc>
        <w:tc>
          <w:tcPr>
            <w:tcW w:w="3402" w:type="dxa"/>
            <w:shd w:val="clear" w:color="auto" w:fill="368DBC"/>
            <w:vAlign w:val="center"/>
          </w:tcPr>
          <w:p w14:paraId="7317E4BF" w14:textId="77777777" w:rsidR="00006F8D" w:rsidRPr="006E22CD" w:rsidRDefault="008D3EFF">
            <w:pPr>
              <w:rPr>
                <w:rFonts w:ascii="Arial" w:hAnsi="Arial" w:cs="Arial"/>
                <w:szCs w:val="20"/>
              </w:rPr>
            </w:pPr>
            <w:r w:rsidRPr="006E22CD">
              <w:rPr>
                <w:rFonts w:ascii="Arial" w:hAnsi="Arial" w:cs="Arial"/>
                <w:b/>
                <w:szCs w:val="20"/>
              </w:rPr>
              <w:t>Priloženo</w:t>
            </w:r>
          </w:p>
        </w:tc>
      </w:tr>
      <w:tr w:rsidR="00006F8D" w:rsidRPr="006E22CD" w14:paraId="06FA852F" w14:textId="77777777">
        <w:trPr>
          <w:jc w:val="center"/>
        </w:trPr>
        <w:tc>
          <w:tcPr>
            <w:tcW w:w="5669" w:type="dxa"/>
            <w:vAlign w:val="center"/>
          </w:tcPr>
          <w:p w14:paraId="42292E17" w14:textId="77777777" w:rsidR="00006F8D" w:rsidRPr="006E22CD" w:rsidRDefault="008D3EFF">
            <w:pPr>
              <w:rPr>
                <w:rFonts w:ascii="Arial" w:hAnsi="Arial" w:cs="Arial"/>
                <w:szCs w:val="20"/>
              </w:rPr>
            </w:pPr>
            <w:r w:rsidRPr="006E22CD">
              <w:rPr>
                <w:rFonts w:ascii="Arial" w:hAnsi="Arial" w:cs="Arial"/>
                <w:szCs w:val="20"/>
              </w:rPr>
              <w:t xml:space="preserve">Predstavitev sklada / </w:t>
            </w:r>
            <w:proofErr w:type="spellStart"/>
            <w:r w:rsidRPr="006E22CD">
              <w:rPr>
                <w:rFonts w:ascii="Arial" w:hAnsi="Arial" w:cs="Arial"/>
                <w:szCs w:val="20"/>
              </w:rPr>
              <w:t>pitch</w:t>
            </w:r>
            <w:proofErr w:type="spellEnd"/>
            <w:r w:rsidRPr="006E22CD">
              <w:rPr>
                <w:rFonts w:ascii="Arial" w:hAnsi="Arial" w:cs="Arial"/>
                <w:szCs w:val="20"/>
              </w:rPr>
              <w:t xml:space="preserve"> </w:t>
            </w:r>
            <w:proofErr w:type="spellStart"/>
            <w:r w:rsidRPr="006E22CD">
              <w:rPr>
                <w:rFonts w:ascii="Arial" w:hAnsi="Arial" w:cs="Arial"/>
                <w:szCs w:val="20"/>
              </w:rPr>
              <w:t>deck</w:t>
            </w:r>
            <w:proofErr w:type="spellEnd"/>
          </w:p>
        </w:tc>
        <w:tc>
          <w:tcPr>
            <w:tcW w:w="3402" w:type="dxa"/>
            <w:vAlign w:val="center"/>
          </w:tcPr>
          <w:p w14:paraId="40DA04E4" w14:textId="77777777" w:rsidR="00006F8D" w:rsidRPr="006E22CD" w:rsidRDefault="008D3EFF">
            <w:pPr>
              <w:rPr>
                <w:rFonts w:ascii="Arial" w:hAnsi="Arial" w:cs="Arial"/>
                <w:szCs w:val="20"/>
              </w:rPr>
            </w:pPr>
            <w:r w:rsidRPr="006E22CD">
              <w:rPr>
                <w:rFonts w:ascii="Arial" w:hAnsi="Arial" w:cs="Arial"/>
                <w:szCs w:val="20"/>
              </w:rPr>
              <w:t>[da / ne]</w:t>
            </w:r>
          </w:p>
        </w:tc>
      </w:tr>
      <w:tr w:rsidR="00006F8D" w:rsidRPr="006E22CD" w14:paraId="471080CD" w14:textId="77777777">
        <w:trPr>
          <w:jc w:val="center"/>
        </w:trPr>
        <w:tc>
          <w:tcPr>
            <w:tcW w:w="5669" w:type="dxa"/>
            <w:vAlign w:val="center"/>
          </w:tcPr>
          <w:p w14:paraId="53D41432" w14:textId="77777777" w:rsidR="00006F8D" w:rsidRPr="006E22CD" w:rsidRDefault="008D3EFF">
            <w:pPr>
              <w:rPr>
                <w:rFonts w:ascii="Arial" w:hAnsi="Arial" w:cs="Arial"/>
                <w:szCs w:val="20"/>
              </w:rPr>
            </w:pPr>
            <w:r w:rsidRPr="006E22CD">
              <w:rPr>
                <w:rFonts w:ascii="Arial" w:hAnsi="Arial" w:cs="Arial"/>
                <w:szCs w:val="20"/>
              </w:rPr>
              <w:t>Predstavitev upravljavske ekipe</w:t>
            </w:r>
          </w:p>
        </w:tc>
        <w:tc>
          <w:tcPr>
            <w:tcW w:w="3402" w:type="dxa"/>
            <w:vAlign w:val="center"/>
          </w:tcPr>
          <w:p w14:paraId="0A179DE1" w14:textId="77777777" w:rsidR="00006F8D" w:rsidRPr="006E22CD" w:rsidRDefault="008D3EFF">
            <w:pPr>
              <w:rPr>
                <w:rFonts w:ascii="Arial" w:hAnsi="Arial" w:cs="Arial"/>
                <w:szCs w:val="20"/>
              </w:rPr>
            </w:pPr>
            <w:r w:rsidRPr="006E22CD">
              <w:rPr>
                <w:rFonts w:ascii="Arial" w:hAnsi="Arial" w:cs="Arial"/>
                <w:szCs w:val="20"/>
              </w:rPr>
              <w:t>[da / ne]</w:t>
            </w:r>
          </w:p>
        </w:tc>
      </w:tr>
      <w:tr w:rsidR="00006F8D" w:rsidRPr="006E22CD" w14:paraId="1BB41ABE" w14:textId="77777777">
        <w:trPr>
          <w:jc w:val="center"/>
        </w:trPr>
        <w:tc>
          <w:tcPr>
            <w:tcW w:w="5669" w:type="dxa"/>
            <w:vAlign w:val="center"/>
          </w:tcPr>
          <w:p w14:paraId="5F2A1DED" w14:textId="77777777" w:rsidR="00006F8D" w:rsidRPr="006E22CD" w:rsidRDefault="008D3EFF">
            <w:pPr>
              <w:rPr>
                <w:rFonts w:ascii="Arial" w:hAnsi="Arial" w:cs="Arial"/>
                <w:szCs w:val="20"/>
              </w:rPr>
            </w:pPr>
            <w:r w:rsidRPr="006E22CD">
              <w:rPr>
                <w:rFonts w:ascii="Arial" w:hAnsi="Arial" w:cs="Arial"/>
                <w:szCs w:val="20"/>
              </w:rPr>
              <w:t>Povzetek investicijske strategije</w:t>
            </w:r>
          </w:p>
        </w:tc>
        <w:tc>
          <w:tcPr>
            <w:tcW w:w="3402" w:type="dxa"/>
            <w:vAlign w:val="center"/>
          </w:tcPr>
          <w:p w14:paraId="6DCAE4B0" w14:textId="77777777" w:rsidR="00006F8D" w:rsidRPr="006E22CD" w:rsidRDefault="008D3EFF">
            <w:pPr>
              <w:rPr>
                <w:rFonts w:ascii="Arial" w:hAnsi="Arial" w:cs="Arial"/>
                <w:szCs w:val="20"/>
              </w:rPr>
            </w:pPr>
            <w:r w:rsidRPr="006E22CD">
              <w:rPr>
                <w:rFonts w:ascii="Arial" w:hAnsi="Arial" w:cs="Arial"/>
                <w:szCs w:val="20"/>
              </w:rPr>
              <w:t>[da / ne]</w:t>
            </w:r>
          </w:p>
        </w:tc>
      </w:tr>
      <w:tr w:rsidR="00006F8D" w:rsidRPr="006E22CD" w14:paraId="750C2B90" w14:textId="77777777">
        <w:trPr>
          <w:jc w:val="center"/>
        </w:trPr>
        <w:tc>
          <w:tcPr>
            <w:tcW w:w="5669" w:type="dxa"/>
            <w:vAlign w:val="center"/>
          </w:tcPr>
          <w:p w14:paraId="6772A697" w14:textId="77777777" w:rsidR="00006F8D" w:rsidRPr="006E22CD" w:rsidRDefault="008D3EFF">
            <w:pPr>
              <w:rPr>
                <w:rFonts w:ascii="Arial" w:hAnsi="Arial" w:cs="Arial"/>
                <w:szCs w:val="20"/>
              </w:rPr>
            </w:pPr>
            <w:r w:rsidRPr="006E22CD">
              <w:rPr>
                <w:rFonts w:ascii="Arial" w:hAnsi="Arial" w:cs="Arial"/>
                <w:szCs w:val="20"/>
              </w:rPr>
              <w:t>Drugo</w:t>
            </w:r>
          </w:p>
        </w:tc>
        <w:tc>
          <w:tcPr>
            <w:tcW w:w="3402" w:type="dxa"/>
            <w:vAlign w:val="center"/>
          </w:tcPr>
          <w:p w14:paraId="346DD835" w14:textId="77777777" w:rsidR="00006F8D" w:rsidRPr="006E22CD" w:rsidRDefault="008D3EFF">
            <w:pPr>
              <w:rPr>
                <w:rFonts w:ascii="Arial" w:hAnsi="Arial" w:cs="Arial"/>
                <w:szCs w:val="20"/>
              </w:rPr>
            </w:pPr>
            <w:r w:rsidRPr="006E22CD">
              <w:rPr>
                <w:rFonts w:ascii="Arial" w:hAnsi="Arial" w:cs="Arial"/>
                <w:szCs w:val="20"/>
              </w:rPr>
              <w:t>[navedite]</w:t>
            </w:r>
          </w:p>
        </w:tc>
      </w:tr>
    </w:tbl>
    <w:p w14:paraId="6EF029FF" w14:textId="77777777" w:rsidR="00006F8D" w:rsidRPr="006E22CD" w:rsidRDefault="00006F8D">
      <w:pPr>
        <w:rPr>
          <w:rFonts w:ascii="Arial" w:hAnsi="Arial" w:cs="Arial"/>
          <w:szCs w:val="20"/>
        </w:rPr>
      </w:pPr>
    </w:p>
    <w:p w14:paraId="48D441F3" w14:textId="77777777" w:rsidR="005F43D5" w:rsidRDefault="003A72A2">
      <w:pPr>
        <w:pStyle w:val="Heading2"/>
      </w:pPr>
      <w:r>
        <w:t>6. Zaupnost in obdelava podatkov</w:t>
      </w:r>
    </w:p>
    <w:p w14:paraId="7C1B7935" w14:textId="77777777" w:rsidR="006F485A" w:rsidRPr="006F485A" w:rsidRDefault="006F485A" w:rsidP="00115E46">
      <w:pPr>
        <w:pStyle w:val="Heading2"/>
        <w:spacing w:before="0"/>
        <w:jc w:val="both"/>
        <w:rPr>
          <w:rFonts w:eastAsiaTheme="minorEastAsia" w:cs="Arial"/>
          <w:b w:val="0"/>
          <w:bCs w:val="0"/>
          <w:sz w:val="20"/>
          <w:szCs w:val="22"/>
        </w:rPr>
      </w:pPr>
      <w:r w:rsidRPr="006F485A">
        <w:rPr>
          <w:rFonts w:eastAsiaTheme="minorEastAsia" w:cs="Arial"/>
          <w:b w:val="0"/>
          <w:bCs w:val="0"/>
          <w:sz w:val="20"/>
          <w:szCs w:val="22"/>
        </w:rPr>
        <w:t>Informacije, podatki, dokumentacija in pojasnila, prejeta v zvezi z oddajo izraza interesa, se obravnavajo kot zaupni oziroma kot poslovna skrivnost, razen če so javno dostopni, če je njihovo razkritje zahtevano na podlagi predpisov ali zahteve pristojnega organa ali če je drugače dogovorjeno s prijaviteljem.</w:t>
      </w:r>
    </w:p>
    <w:p w14:paraId="79A33CF9" w14:textId="77777777" w:rsidR="00094659" w:rsidRDefault="006F485A" w:rsidP="00A023E7">
      <w:pPr>
        <w:pStyle w:val="Heading2"/>
        <w:jc w:val="both"/>
        <w:rPr>
          <w:rFonts w:eastAsiaTheme="minorEastAsia" w:cs="Arial"/>
          <w:b w:val="0"/>
          <w:bCs w:val="0"/>
          <w:sz w:val="20"/>
          <w:szCs w:val="22"/>
        </w:rPr>
      </w:pPr>
      <w:r w:rsidRPr="006F485A">
        <w:rPr>
          <w:rFonts w:eastAsiaTheme="minorEastAsia" w:cs="Arial"/>
          <w:b w:val="0"/>
          <w:bCs w:val="0"/>
          <w:sz w:val="20"/>
          <w:szCs w:val="22"/>
        </w:rPr>
        <w:t xml:space="preserve">Oddaja izraza interesa, komunikacija v zvezi z njim ali potrditev prejema izraza interesa ne pomeni ponudbe, vabila k dajanju ponudb, začetka pogajanj, zaveze za investiranje, sklenitve pogodbe ali druge pravno zavezujoče obveznosti SID Kapital </w:t>
      </w:r>
      <w:proofErr w:type="spellStart"/>
      <w:r w:rsidRPr="006F485A">
        <w:rPr>
          <w:rFonts w:eastAsiaTheme="minorEastAsia" w:cs="Arial"/>
          <w:b w:val="0"/>
          <w:bCs w:val="0"/>
          <w:sz w:val="20"/>
          <w:szCs w:val="22"/>
        </w:rPr>
        <w:t>d.o.o</w:t>
      </w:r>
      <w:proofErr w:type="spellEnd"/>
      <w:r w:rsidRPr="006F485A">
        <w:rPr>
          <w:rFonts w:eastAsiaTheme="minorEastAsia" w:cs="Arial"/>
          <w:b w:val="0"/>
          <w:bCs w:val="0"/>
          <w:sz w:val="20"/>
          <w:szCs w:val="22"/>
        </w:rPr>
        <w:t>. oziroma SID UP.</w:t>
      </w:r>
    </w:p>
    <w:p w14:paraId="7E991D47" w14:textId="07A88BDC" w:rsidR="009B3A77" w:rsidRDefault="009B3A77" w:rsidP="009B3A77">
      <w:pPr>
        <w:pStyle w:val="Heading2"/>
        <w:jc w:val="both"/>
        <w:rPr>
          <w:rFonts w:cs="Arial"/>
          <w:b w:val="0"/>
          <w:bCs w:val="0"/>
          <w:sz w:val="20"/>
          <w:szCs w:val="20"/>
        </w:rPr>
      </w:pPr>
      <w:r w:rsidRPr="009B3A77">
        <w:rPr>
          <w:rFonts w:cs="Arial"/>
          <w:b w:val="0"/>
          <w:bCs w:val="0"/>
          <w:sz w:val="20"/>
          <w:szCs w:val="20"/>
        </w:rPr>
        <w:t xml:space="preserve">Osebne podatke, navedene v tem obrazcu, bo SID Upravljanje premoženja </w:t>
      </w:r>
      <w:proofErr w:type="spellStart"/>
      <w:r w:rsidRPr="009B3A77">
        <w:rPr>
          <w:rFonts w:cs="Arial"/>
          <w:b w:val="0"/>
          <w:bCs w:val="0"/>
          <w:sz w:val="20"/>
          <w:szCs w:val="20"/>
        </w:rPr>
        <w:t>d.o.o</w:t>
      </w:r>
      <w:proofErr w:type="spellEnd"/>
      <w:r w:rsidRPr="009B3A77">
        <w:rPr>
          <w:rFonts w:cs="Arial"/>
          <w:b w:val="0"/>
          <w:bCs w:val="0"/>
          <w:sz w:val="20"/>
          <w:szCs w:val="20"/>
        </w:rPr>
        <w:t xml:space="preserve">., Ulica Josipine </w:t>
      </w:r>
      <w:proofErr w:type="spellStart"/>
      <w:r w:rsidRPr="009B3A77">
        <w:rPr>
          <w:rFonts w:cs="Arial"/>
          <w:b w:val="0"/>
          <w:bCs w:val="0"/>
          <w:sz w:val="20"/>
          <w:szCs w:val="20"/>
        </w:rPr>
        <w:t>Turnograjske</w:t>
      </w:r>
      <w:proofErr w:type="spellEnd"/>
      <w:r w:rsidRPr="009B3A77">
        <w:rPr>
          <w:rFonts w:cs="Arial"/>
          <w:b w:val="0"/>
          <w:bCs w:val="0"/>
          <w:sz w:val="20"/>
          <w:szCs w:val="20"/>
        </w:rPr>
        <w:t xml:space="preserve"> 6, 1000 Ljubljana, obdeloval za namen prejema, evidentiranja in začetne obravnave izraza interesa ter morebitne nadaljnje komunikacije s prijaviteljem. Več informacij o obdelavi osebnih podatkov, vaših pravicah in načinu njihovega uveljavljanja je na voljo v Splošnih informacijah o varstvu in obdelavi osebnih podatkov v SID Upravljanje premoženja </w:t>
      </w:r>
      <w:proofErr w:type="spellStart"/>
      <w:r w:rsidRPr="009B3A77">
        <w:rPr>
          <w:rFonts w:cs="Arial"/>
          <w:b w:val="0"/>
          <w:bCs w:val="0"/>
          <w:sz w:val="20"/>
          <w:szCs w:val="20"/>
        </w:rPr>
        <w:t>d.o.o</w:t>
      </w:r>
      <w:proofErr w:type="spellEnd"/>
      <w:r w:rsidRPr="009B3A77">
        <w:rPr>
          <w:rFonts w:cs="Arial"/>
          <w:b w:val="0"/>
          <w:bCs w:val="0"/>
          <w:sz w:val="20"/>
          <w:szCs w:val="20"/>
        </w:rPr>
        <w:t>.</w:t>
      </w:r>
      <w:r w:rsidR="00454210">
        <w:rPr>
          <w:rFonts w:cs="Arial"/>
          <w:b w:val="0"/>
          <w:bCs w:val="0"/>
          <w:sz w:val="20"/>
          <w:szCs w:val="20"/>
        </w:rPr>
        <w:t>, ki so objavljene na spletnih straneh Skupine SID banka.</w:t>
      </w:r>
      <w:r w:rsidRPr="009B3A77">
        <w:rPr>
          <w:rFonts w:cs="Arial"/>
          <w:b w:val="0"/>
          <w:bCs w:val="0"/>
          <w:sz w:val="20"/>
          <w:szCs w:val="20"/>
        </w:rPr>
        <w:t xml:space="preserve"> </w:t>
      </w:r>
    </w:p>
    <w:p w14:paraId="0E88110D" w14:textId="18EE0742" w:rsidR="00006F8D" w:rsidRPr="006E22CD" w:rsidRDefault="008D3EFF" w:rsidP="006F485A">
      <w:pPr>
        <w:pStyle w:val="Heading2"/>
      </w:pPr>
      <w:r>
        <w:t>7. Potrditev prijavitelja</w:t>
      </w:r>
    </w:p>
    <w:p w14:paraId="1502EB7A" w14:textId="77777777" w:rsidR="00006F8D" w:rsidRPr="007D6F77" w:rsidRDefault="008D3EFF" w:rsidP="00094659">
      <w:pPr>
        <w:jc w:val="both"/>
        <w:rPr>
          <w:rFonts w:ascii="Arial" w:hAnsi="Arial" w:cs="Arial"/>
          <w:szCs w:val="20"/>
        </w:rPr>
      </w:pPr>
      <w:r w:rsidRPr="007D6F77">
        <w:rPr>
          <w:rFonts w:ascii="Arial" w:hAnsi="Arial" w:cs="Arial"/>
        </w:rPr>
        <w:t xml:space="preserve">S predložitvijo tega obrazca prijavitelj potrjuje, da so informacije, navedene v obrazcu in morebitnih priloženih dokumentih, po njegovem najboljšem vedenju točne, popolne in </w:t>
      </w:r>
      <w:proofErr w:type="spellStart"/>
      <w:r w:rsidRPr="007D6F77">
        <w:rPr>
          <w:rFonts w:ascii="Arial" w:hAnsi="Arial" w:cs="Arial"/>
        </w:rPr>
        <w:t>nezavajajoče</w:t>
      </w:r>
      <w:proofErr w:type="spellEnd"/>
      <w:r w:rsidRPr="007D6F77">
        <w:rPr>
          <w:rFonts w:ascii="Arial" w:hAnsi="Arial" w:cs="Arial"/>
        </w:rPr>
        <w:t>.</w:t>
      </w:r>
    </w:p>
    <w:p w14:paraId="2C10734D" w14:textId="77777777" w:rsidR="00006F8D" w:rsidRPr="007D6F77" w:rsidRDefault="008D3EFF" w:rsidP="00094659">
      <w:pPr>
        <w:jc w:val="both"/>
        <w:rPr>
          <w:rFonts w:ascii="Arial" w:hAnsi="Arial" w:cs="Arial"/>
          <w:szCs w:val="20"/>
        </w:rPr>
      </w:pPr>
      <w:r w:rsidRPr="007D6F77">
        <w:rPr>
          <w:rFonts w:ascii="Arial" w:hAnsi="Arial" w:cs="Arial"/>
        </w:rPr>
        <w:t>Prijavitelj se zavezuje, da bo SID UP obvestil o pomembnih spremembah posredovanih informacij, če bi te lahko vplivale na začetno ali nadaljnjo obravnavo naložbene priložnosti.</w:t>
      </w:r>
    </w:p>
    <w:p w14:paraId="4295CA43" w14:textId="77777777" w:rsidR="005F43D5" w:rsidRDefault="003A72A2" w:rsidP="00094659">
      <w:pPr>
        <w:jc w:val="both"/>
        <w:rPr>
          <w:rFonts w:ascii="Arial" w:hAnsi="Arial" w:cs="Arial"/>
        </w:rPr>
      </w:pPr>
      <w:r w:rsidRPr="007D6F77">
        <w:rPr>
          <w:rFonts w:ascii="Arial" w:hAnsi="Arial" w:cs="Arial"/>
        </w:rPr>
        <w:t xml:space="preserve">Prijavitelj se zaveda, da oddaja izraza interesa ne pomeni ponudbe, vabila k dajanju ponudb, začetka pogajanj, pravice do financiranja, zaveze za investiranje ali druge pravno zavezujoče obveznosti SID Kapital </w:t>
      </w:r>
      <w:proofErr w:type="spellStart"/>
      <w:r w:rsidRPr="007D6F77">
        <w:rPr>
          <w:rFonts w:ascii="Arial" w:hAnsi="Arial" w:cs="Arial"/>
        </w:rPr>
        <w:t>d.o.o</w:t>
      </w:r>
      <w:proofErr w:type="spellEnd"/>
      <w:r w:rsidRPr="007D6F77">
        <w:rPr>
          <w:rFonts w:ascii="Arial" w:hAnsi="Arial" w:cs="Arial"/>
        </w:rPr>
        <w:t>. oziroma SID UP.</w:t>
      </w:r>
    </w:p>
    <w:p w14:paraId="4D845F66" w14:textId="62E4FA75" w:rsidR="00263C4A" w:rsidRDefault="00263C4A" w:rsidP="00094659">
      <w:pPr>
        <w:jc w:val="both"/>
        <w:rPr>
          <w:rFonts w:ascii="Arial" w:hAnsi="Arial" w:cs="Arial"/>
        </w:rPr>
      </w:pPr>
      <w:r w:rsidRPr="00263C4A">
        <w:rPr>
          <w:rFonts w:ascii="Arial" w:hAnsi="Arial" w:cs="Arial"/>
        </w:rPr>
        <w:t xml:space="preserve">Prijavitelj je seznanjen, da je </w:t>
      </w:r>
      <w:r>
        <w:rPr>
          <w:rFonts w:ascii="Arial" w:hAnsi="Arial" w:cs="Arial"/>
        </w:rPr>
        <w:t>odprti poziv</w:t>
      </w:r>
      <w:r w:rsidRPr="00263C4A">
        <w:rPr>
          <w:rFonts w:ascii="Arial" w:hAnsi="Arial" w:cs="Arial"/>
        </w:rPr>
        <w:t xml:space="preserve"> AIS zasnovan tudi kot odprta naložbena platforma, v okviru katere lahko SID U</w:t>
      </w:r>
      <w:r>
        <w:rPr>
          <w:rFonts w:ascii="Arial" w:hAnsi="Arial" w:cs="Arial"/>
        </w:rPr>
        <w:t>P</w:t>
      </w:r>
      <w:r w:rsidRPr="00263C4A">
        <w:rPr>
          <w:rFonts w:ascii="Arial" w:hAnsi="Arial" w:cs="Arial"/>
        </w:rPr>
        <w:t xml:space="preserve"> k obravnavi posamezne naložbene priložnosti povabi druge profesionalne oziroma institucionalne vlagatelje. Identiteta Prijavitelja, prijava, nejavna dokumentacija, poslovne skrivnosti in osebni podatki se takšnim vlagateljem razkrijejo samo, če Prijavitelj poda ločeno standardizirano soglasje za razkritje poimensko navedenim vlagateljem. Odklonitev soglasja ne vpliva na obravnavo prijave s strani SID U</w:t>
      </w:r>
      <w:r>
        <w:rPr>
          <w:rFonts w:ascii="Arial" w:hAnsi="Arial" w:cs="Arial"/>
        </w:rPr>
        <w:t>P</w:t>
      </w:r>
      <w:r w:rsidRPr="00263C4A">
        <w:rPr>
          <w:rFonts w:ascii="Arial" w:hAnsi="Arial" w:cs="Arial"/>
        </w:rPr>
        <w:t xml:space="preserve"> in SID Kapital </w:t>
      </w:r>
      <w:proofErr w:type="spellStart"/>
      <w:r w:rsidRPr="00263C4A">
        <w:rPr>
          <w:rFonts w:ascii="Arial" w:hAnsi="Arial" w:cs="Arial"/>
        </w:rPr>
        <w:t>d.o.o</w:t>
      </w:r>
      <w:proofErr w:type="spellEnd"/>
      <w:r w:rsidRPr="00263C4A">
        <w:rPr>
          <w:rFonts w:ascii="Arial" w:hAnsi="Arial" w:cs="Arial"/>
        </w:rPr>
        <w:t>. </w:t>
      </w:r>
    </w:p>
    <w:p w14:paraId="275E9BF5" w14:textId="77777777" w:rsidR="00E334FB" w:rsidRDefault="00E334FB" w:rsidP="00094659">
      <w:pPr>
        <w:jc w:val="both"/>
        <w:rPr>
          <w:rFonts w:ascii="Arial" w:hAnsi="Arial" w:cs="Arial"/>
        </w:rPr>
      </w:pPr>
    </w:p>
    <w:p w14:paraId="38D8D19B" w14:textId="77777777" w:rsidR="00E334FB" w:rsidRPr="007D6F77" w:rsidRDefault="00E334FB" w:rsidP="00094659">
      <w:pPr>
        <w:jc w:val="both"/>
        <w:rPr>
          <w:rFonts w:ascii="Arial" w:hAnsi="Arial" w:cs="Arial"/>
        </w:rPr>
      </w:pPr>
    </w:p>
    <w:tbl>
      <w:tblPr>
        <w:tblStyle w:val="TableGrid"/>
        <w:tblW w:w="0" w:type="auto"/>
        <w:jc w:val="center"/>
        <w:tblLook w:val="04A0" w:firstRow="1" w:lastRow="0" w:firstColumn="1" w:lastColumn="0" w:noHBand="0" w:noVBand="1"/>
      </w:tblPr>
      <w:tblGrid>
        <w:gridCol w:w="3402"/>
        <w:gridCol w:w="5669"/>
      </w:tblGrid>
      <w:tr w:rsidR="00006F8D" w:rsidRPr="006E22CD" w14:paraId="160CD3E4" w14:textId="77777777" w:rsidTr="00992C95">
        <w:trPr>
          <w:jc w:val="center"/>
        </w:trPr>
        <w:tc>
          <w:tcPr>
            <w:tcW w:w="3402" w:type="dxa"/>
            <w:shd w:val="clear" w:color="auto" w:fill="368DBC"/>
            <w:vAlign w:val="center"/>
          </w:tcPr>
          <w:p w14:paraId="0E240B7F" w14:textId="77777777" w:rsidR="00006F8D" w:rsidRPr="006E22CD" w:rsidRDefault="008D3EFF">
            <w:pPr>
              <w:rPr>
                <w:rFonts w:ascii="Arial" w:hAnsi="Arial" w:cs="Arial"/>
                <w:szCs w:val="20"/>
              </w:rPr>
            </w:pPr>
            <w:r w:rsidRPr="006E22CD">
              <w:rPr>
                <w:rFonts w:ascii="Arial" w:hAnsi="Arial" w:cs="Arial"/>
                <w:b/>
                <w:szCs w:val="20"/>
              </w:rPr>
              <w:lastRenderedPageBreak/>
              <w:t>Podatek</w:t>
            </w:r>
          </w:p>
        </w:tc>
        <w:tc>
          <w:tcPr>
            <w:tcW w:w="5669" w:type="dxa"/>
            <w:shd w:val="clear" w:color="auto" w:fill="368DBC"/>
            <w:vAlign w:val="center"/>
          </w:tcPr>
          <w:p w14:paraId="17D9B54C" w14:textId="77777777" w:rsidR="00006F8D" w:rsidRPr="006E22CD" w:rsidRDefault="008D3EFF">
            <w:pPr>
              <w:rPr>
                <w:rFonts w:ascii="Arial" w:hAnsi="Arial" w:cs="Arial"/>
                <w:szCs w:val="20"/>
              </w:rPr>
            </w:pPr>
            <w:r w:rsidRPr="006E22CD">
              <w:rPr>
                <w:rFonts w:ascii="Arial" w:hAnsi="Arial" w:cs="Arial"/>
                <w:b/>
                <w:szCs w:val="20"/>
              </w:rPr>
              <w:t>Vsebina</w:t>
            </w:r>
          </w:p>
        </w:tc>
      </w:tr>
      <w:tr w:rsidR="00006F8D" w:rsidRPr="006E22CD" w14:paraId="36AF18AD" w14:textId="77777777">
        <w:trPr>
          <w:jc w:val="center"/>
        </w:trPr>
        <w:tc>
          <w:tcPr>
            <w:tcW w:w="3402" w:type="dxa"/>
            <w:vAlign w:val="center"/>
          </w:tcPr>
          <w:p w14:paraId="05299CE9" w14:textId="77777777" w:rsidR="00006F8D" w:rsidRPr="006E22CD" w:rsidRDefault="008D3EFF">
            <w:pPr>
              <w:rPr>
                <w:rFonts w:ascii="Arial" w:hAnsi="Arial" w:cs="Arial"/>
                <w:szCs w:val="20"/>
              </w:rPr>
            </w:pPr>
            <w:r w:rsidRPr="006E22CD">
              <w:rPr>
                <w:rFonts w:ascii="Arial" w:hAnsi="Arial" w:cs="Arial"/>
                <w:szCs w:val="20"/>
              </w:rPr>
              <w:t>Ime in priimek pooblaščene osebe</w:t>
            </w:r>
          </w:p>
        </w:tc>
        <w:tc>
          <w:tcPr>
            <w:tcW w:w="5669" w:type="dxa"/>
            <w:vAlign w:val="center"/>
          </w:tcPr>
          <w:p w14:paraId="28754A46"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2189F9E5" w14:textId="77777777">
        <w:trPr>
          <w:jc w:val="center"/>
        </w:trPr>
        <w:tc>
          <w:tcPr>
            <w:tcW w:w="3402" w:type="dxa"/>
            <w:vAlign w:val="center"/>
          </w:tcPr>
          <w:p w14:paraId="765275FE" w14:textId="77777777" w:rsidR="00006F8D" w:rsidRPr="006E22CD" w:rsidRDefault="008D3EFF">
            <w:pPr>
              <w:rPr>
                <w:rFonts w:ascii="Arial" w:hAnsi="Arial" w:cs="Arial"/>
                <w:szCs w:val="20"/>
              </w:rPr>
            </w:pPr>
            <w:r w:rsidRPr="006E22CD">
              <w:rPr>
                <w:rFonts w:ascii="Arial" w:hAnsi="Arial" w:cs="Arial"/>
                <w:szCs w:val="20"/>
              </w:rPr>
              <w:t>Funkcija</w:t>
            </w:r>
          </w:p>
        </w:tc>
        <w:tc>
          <w:tcPr>
            <w:tcW w:w="5669" w:type="dxa"/>
            <w:vAlign w:val="center"/>
          </w:tcPr>
          <w:p w14:paraId="5485869C"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00A6CD34" w14:textId="77777777">
        <w:trPr>
          <w:jc w:val="center"/>
        </w:trPr>
        <w:tc>
          <w:tcPr>
            <w:tcW w:w="3402" w:type="dxa"/>
            <w:vAlign w:val="center"/>
          </w:tcPr>
          <w:p w14:paraId="45449D42" w14:textId="77777777" w:rsidR="00006F8D" w:rsidRPr="006E22CD" w:rsidRDefault="008D3EFF">
            <w:pPr>
              <w:rPr>
                <w:rFonts w:ascii="Arial" w:hAnsi="Arial" w:cs="Arial"/>
                <w:szCs w:val="20"/>
              </w:rPr>
            </w:pPr>
            <w:r w:rsidRPr="006E22CD">
              <w:rPr>
                <w:rFonts w:ascii="Arial" w:hAnsi="Arial" w:cs="Arial"/>
                <w:szCs w:val="20"/>
              </w:rPr>
              <w:t>Organizacija</w:t>
            </w:r>
          </w:p>
        </w:tc>
        <w:tc>
          <w:tcPr>
            <w:tcW w:w="5669" w:type="dxa"/>
            <w:vAlign w:val="center"/>
          </w:tcPr>
          <w:p w14:paraId="7451C95C" w14:textId="77777777" w:rsidR="00006F8D" w:rsidRPr="006E22CD" w:rsidRDefault="008D3EFF">
            <w:pPr>
              <w:rPr>
                <w:rFonts w:ascii="Arial" w:hAnsi="Arial" w:cs="Arial"/>
                <w:szCs w:val="20"/>
              </w:rPr>
            </w:pPr>
            <w:r w:rsidRPr="006E22CD">
              <w:rPr>
                <w:rFonts w:ascii="Arial" w:hAnsi="Arial" w:cs="Arial"/>
                <w:szCs w:val="20"/>
              </w:rPr>
              <w:t>[●]</w:t>
            </w:r>
          </w:p>
        </w:tc>
      </w:tr>
      <w:tr w:rsidR="00006F8D" w:rsidRPr="006E22CD" w14:paraId="3A125C60" w14:textId="77777777">
        <w:trPr>
          <w:jc w:val="center"/>
        </w:trPr>
        <w:tc>
          <w:tcPr>
            <w:tcW w:w="3402" w:type="dxa"/>
            <w:vAlign w:val="center"/>
          </w:tcPr>
          <w:p w14:paraId="1A1B0442" w14:textId="77777777" w:rsidR="00006F8D" w:rsidRPr="006E22CD" w:rsidRDefault="008D3EFF">
            <w:pPr>
              <w:rPr>
                <w:rFonts w:ascii="Arial" w:hAnsi="Arial" w:cs="Arial"/>
                <w:szCs w:val="20"/>
              </w:rPr>
            </w:pPr>
            <w:r w:rsidRPr="006E22CD">
              <w:rPr>
                <w:rFonts w:ascii="Arial" w:hAnsi="Arial" w:cs="Arial"/>
                <w:szCs w:val="20"/>
              </w:rPr>
              <w:t>Datum</w:t>
            </w:r>
          </w:p>
        </w:tc>
        <w:tc>
          <w:tcPr>
            <w:tcW w:w="5669" w:type="dxa"/>
            <w:vAlign w:val="center"/>
          </w:tcPr>
          <w:p w14:paraId="197F0C94" w14:textId="77777777" w:rsidR="00006F8D" w:rsidRPr="006E22CD" w:rsidRDefault="008D3EFF">
            <w:pPr>
              <w:rPr>
                <w:rFonts w:ascii="Arial" w:hAnsi="Arial" w:cs="Arial"/>
                <w:szCs w:val="20"/>
              </w:rPr>
            </w:pPr>
            <w:r w:rsidRPr="006E22CD">
              <w:rPr>
                <w:rFonts w:ascii="Arial" w:hAnsi="Arial" w:cs="Arial"/>
                <w:szCs w:val="20"/>
              </w:rPr>
              <w:t>[●]</w:t>
            </w:r>
          </w:p>
        </w:tc>
      </w:tr>
    </w:tbl>
    <w:p w14:paraId="6D6E9F75" w14:textId="77777777" w:rsidR="00006F8D" w:rsidRPr="006E22CD" w:rsidRDefault="00006F8D">
      <w:pPr>
        <w:rPr>
          <w:rFonts w:ascii="Arial" w:hAnsi="Arial" w:cs="Arial"/>
          <w:szCs w:val="20"/>
        </w:rPr>
      </w:pPr>
    </w:p>
    <w:sectPr w:rsidR="00006F8D" w:rsidRPr="006E22CD"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9059055">
    <w:abstractNumId w:val="8"/>
  </w:num>
  <w:num w:numId="2" w16cid:durableId="1140267462">
    <w:abstractNumId w:val="5"/>
  </w:num>
  <w:num w:numId="3" w16cid:durableId="1682854112">
    <w:abstractNumId w:val="1"/>
  </w:num>
  <w:num w:numId="4" w16cid:durableId="1953246846">
    <w:abstractNumId w:val="6"/>
  </w:num>
  <w:num w:numId="5" w16cid:durableId="2043940523">
    <w:abstractNumId w:val="7"/>
  </w:num>
  <w:num w:numId="6" w16cid:durableId="2133788605">
    <w:abstractNumId w:val="0"/>
  </w:num>
  <w:num w:numId="7" w16cid:durableId="491945134">
    <w:abstractNumId w:val="2"/>
  </w:num>
  <w:num w:numId="8" w16cid:durableId="771123666">
    <w:abstractNumId w:val="4"/>
  </w:num>
  <w:num w:numId="9" w16cid:durableId="840243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F8D"/>
    <w:rsid w:val="00034616"/>
    <w:rsid w:val="0006063C"/>
    <w:rsid w:val="0007054D"/>
    <w:rsid w:val="00094659"/>
    <w:rsid w:val="000A434B"/>
    <w:rsid w:val="000E7A91"/>
    <w:rsid w:val="00115E46"/>
    <w:rsid w:val="0015074B"/>
    <w:rsid w:val="001814D7"/>
    <w:rsid w:val="00184C3C"/>
    <w:rsid w:val="001E3338"/>
    <w:rsid w:val="00263C4A"/>
    <w:rsid w:val="00270657"/>
    <w:rsid w:val="002951EB"/>
    <w:rsid w:val="0029639D"/>
    <w:rsid w:val="002B4C1C"/>
    <w:rsid w:val="002E3E0A"/>
    <w:rsid w:val="002E5E7A"/>
    <w:rsid w:val="002E689C"/>
    <w:rsid w:val="00317CF9"/>
    <w:rsid w:val="00324014"/>
    <w:rsid w:val="00326F90"/>
    <w:rsid w:val="00373EAE"/>
    <w:rsid w:val="003A72A2"/>
    <w:rsid w:val="00454210"/>
    <w:rsid w:val="004959A6"/>
    <w:rsid w:val="004B57CE"/>
    <w:rsid w:val="004E5C85"/>
    <w:rsid w:val="00506751"/>
    <w:rsid w:val="005A68B4"/>
    <w:rsid w:val="005E7D76"/>
    <w:rsid w:val="005F43D5"/>
    <w:rsid w:val="006101CD"/>
    <w:rsid w:val="006E22CD"/>
    <w:rsid w:val="006E2B08"/>
    <w:rsid w:val="006F485A"/>
    <w:rsid w:val="007273CF"/>
    <w:rsid w:val="00750489"/>
    <w:rsid w:val="00752E34"/>
    <w:rsid w:val="00782E0D"/>
    <w:rsid w:val="007A04A0"/>
    <w:rsid w:val="007D2C03"/>
    <w:rsid w:val="007D6F77"/>
    <w:rsid w:val="00803E07"/>
    <w:rsid w:val="008261D4"/>
    <w:rsid w:val="00882CB4"/>
    <w:rsid w:val="008931DD"/>
    <w:rsid w:val="008A7412"/>
    <w:rsid w:val="008C30E1"/>
    <w:rsid w:val="008D3EFF"/>
    <w:rsid w:val="008F2DA1"/>
    <w:rsid w:val="00905C9F"/>
    <w:rsid w:val="00946A0A"/>
    <w:rsid w:val="0095431F"/>
    <w:rsid w:val="009840A5"/>
    <w:rsid w:val="00992C95"/>
    <w:rsid w:val="009B3A77"/>
    <w:rsid w:val="009E0DB2"/>
    <w:rsid w:val="00A023E7"/>
    <w:rsid w:val="00A632E1"/>
    <w:rsid w:val="00AA1D8D"/>
    <w:rsid w:val="00AA6D8A"/>
    <w:rsid w:val="00AD4BC1"/>
    <w:rsid w:val="00B01FD9"/>
    <w:rsid w:val="00B04E77"/>
    <w:rsid w:val="00B23C3E"/>
    <w:rsid w:val="00B25FD1"/>
    <w:rsid w:val="00B47730"/>
    <w:rsid w:val="00C16487"/>
    <w:rsid w:val="00C62A54"/>
    <w:rsid w:val="00C820E1"/>
    <w:rsid w:val="00C93182"/>
    <w:rsid w:val="00CB0664"/>
    <w:rsid w:val="00D16A27"/>
    <w:rsid w:val="00D20C52"/>
    <w:rsid w:val="00DB5000"/>
    <w:rsid w:val="00DC55C8"/>
    <w:rsid w:val="00DD070B"/>
    <w:rsid w:val="00DD3747"/>
    <w:rsid w:val="00E334FB"/>
    <w:rsid w:val="00EF3BF2"/>
    <w:rsid w:val="00F01F6F"/>
    <w:rsid w:val="00F1550E"/>
    <w:rsid w:val="00F17380"/>
    <w:rsid w:val="00F41F6C"/>
    <w:rsid w:val="00FC1E52"/>
    <w:rsid w:val="00FC693F"/>
    <w:rsid w:val="0FE4B9C8"/>
    <w:rsid w:val="33FE3642"/>
    <w:rsid w:val="4782B0D4"/>
    <w:rsid w:val="565548E0"/>
    <w:rsid w:val="618E6BFE"/>
    <w:rsid w:val="6EBD9873"/>
    <w:rsid w:val="7665D489"/>
    <w:rsid w:val="7E1BE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70D7CC"/>
  <w14:defaultImageDpi w14:val="300"/>
  <w15:docId w15:val="{B7674E65-65E0-4FCD-B90F-952944E8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lang w:val="sl-SI"/>
    </w:rPr>
  </w:style>
  <w:style w:type="paragraph" w:styleId="Heading1">
    <w:name w:val="heading 1"/>
    <w:basedOn w:val="Normal"/>
    <w:next w:val="Normal"/>
    <w:link w:val="Heading1Char"/>
    <w:uiPriority w:val="9"/>
    <w:qFormat/>
    <w:rsid w:val="006E22CD"/>
    <w:pPr>
      <w:keepNext/>
      <w:keepLines/>
      <w:spacing w:before="480" w:after="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6E22CD"/>
    <w:pPr>
      <w:keepNext/>
      <w:keepLines/>
      <w:spacing w:before="200" w:after="0"/>
      <w:outlineLvl w:val="1"/>
    </w:pPr>
    <w:rPr>
      <w:rFonts w:ascii="Arial" w:eastAsiaTheme="majorEastAsia" w:hAnsi="Arial"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F476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E22CD"/>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6E22CD"/>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Aptos" w:hAnsi="Aptos"/>
      <w:sz w:val="20"/>
      <w:szCs w:val="20"/>
      <w:lang w:val="sl-SI"/>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5431F"/>
    <w:rPr>
      <w:b/>
      <w:bCs/>
    </w:rPr>
  </w:style>
  <w:style w:type="character" w:customStyle="1" w:styleId="CommentSubjectChar">
    <w:name w:val="Comment Subject Char"/>
    <w:basedOn w:val="CommentTextChar"/>
    <w:link w:val="CommentSubject"/>
    <w:uiPriority w:val="99"/>
    <w:semiHidden/>
    <w:rsid w:val="0095431F"/>
    <w:rPr>
      <w:rFonts w:ascii="Aptos" w:hAnsi="Aptos"/>
      <w:b/>
      <w:bCs/>
      <w:sz w:val="20"/>
      <w:szCs w:val="2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779ad4-b923-4812-960a-807fb19d8395">
      <Terms xmlns="http://schemas.microsoft.com/office/infopath/2007/PartnerControls"/>
    </lcf76f155ced4ddcb4097134ff3c332f>
    <TaxCatchAll xmlns="b429df30-9bd8-4ca3-bcab-3c1ded0eb1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0D5672EB4DD2942B73F92ACFDE4BB34" ma:contentTypeVersion="10" ma:contentTypeDescription="Ustvari nov dokument." ma:contentTypeScope="" ma:versionID="0641dd0935ad6d0518cd351685d1f418">
  <xsd:schema xmlns:xsd="http://www.w3.org/2001/XMLSchema" xmlns:xs="http://www.w3.org/2001/XMLSchema" xmlns:p="http://schemas.microsoft.com/office/2006/metadata/properties" xmlns:ns2="42779ad4-b923-4812-960a-807fb19d8395" xmlns:ns3="b429df30-9bd8-4ca3-bcab-3c1ded0eb141" targetNamespace="http://schemas.microsoft.com/office/2006/metadata/properties" ma:root="true" ma:fieldsID="a53286619ec038520433edef91677bce" ns2:_="" ns3:_="">
    <xsd:import namespace="42779ad4-b923-4812-960a-807fb19d8395"/>
    <xsd:import namespace="b429df30-9bd8-4ca3-bcab-3c1ded0eb1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9ad4-b923-4812-960a-807fb19d8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03eb591d-bba9-426c-9698-e8f23aea08d5"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29df30-9bd8-4ca3-bcab-3c1ded0eb1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3f5357-2c1c-46f0-b8bd-2ec0c3442acc}" ma:internalName="TaxCatchAll" ma:showField="CatchAllData" ma:web="b429df30-9bd8-4ca3-bcab-3c1ded0eb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8BEA3-663B-428C-A3AA-CC920E5DE99D}">
  <ds:schemaRefs>
    <ds:schemaRef ds:uri="http://schemas.microsoft.com/sharepoint/v3/contenttype/forms"/>
  </ds:schemaRefs>
</ds:datastoreItem>
</file>

<file path=customXml/itemProps2.xml><?xml version="1.0" encoding="utf-8"?>
<ds:datastoreItem xmlns:ds="http://schemas.openxmlformats.org/officeDocument/2006/customXml" ds:itemID="{93916033-D090-47D2-878E-4DDD9645A8F5}">
  <ds:schemaRefs>
    <ds:schemaRef ds:uri="http://schemas.microsoft.com/office/2006/metadata/properties"/>
    <ds:schemaRef ds:uri="http://schemas.microsoft.com/office/infopath/2007/PartnerControls"/>
    <ds:schemaRef ds:uri="42779ad4-b923-4812-960a-807fb19d8395"/>
    <ds:schemaRef ds:uri="b429df30-9bd8-4ca3-bcab-3c1ded0eb141"/>
  </ds:schemaRefs>
</ds:datastoreItem>
</file>

<file path=customXml/itemProps3.xml><?xml version="1.0" encoding="utf-8"?>
<ds:datastoreItem xmlns:ds="http://schemas.openxmlformats.org/officeDocument/2006/customXml" ds:itemID="{4F57F782-B805-43C6-828C-9A29BA709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9ad4-b923-4812-960a-807fb19d8395"/>
    <ds:schemaRef ds:uri="b429df30-9bd8-4ca3-bcab-3c1ded0eb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8ddce85-ae2a-4fe5-890d-95fdb5356153}" enabled="0" method="" siteId="{18ddce85-ae2a-4fe5-890d-95fdb5356153}"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724</Words>
  <Characters>4518</Characters>
  <Application>Microsoft Office Word</Application>
  <DocSecurity>0</DocSecurity>
  <Lines>122</Lines>
  <Paragraphs>93</Paragraphs>
  <ScaleCrop>false</ScaleCrop>
  <Manager/>
  <Company/>
  <LinksUpToDate>false</LinksUpToDate>
  <CharactersWithSpaces>5149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Zadnik</dc:creator>
  <cp:keywords/>
  <dc:description>generated by python-docx</dc:description>
  <cp:lastModifiedBy>Alenka Zadnik</cp:lastModifiedBy>
  <cp:revision>6</cp:revision>
  <dcterms:created xsi:type="dcterms:W3CDTF">2026-08-21T08:07:00Z</dcterms:created>
  <dcterms:modified xsi:type="dcterms:W3CDTF">2026-09-29T08:38:00Z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0x01010040D5672EB4DD2942B73F92ACFDE4BB34</vt:lpwstr>
  </property>
  <property fmtid="{D5CDD505-2E9C-101B-9397-08002B2CF9AE}" pid="3" name="MediaServiceImageTags">
    <vt:lpwstr/>
  </property>
  <property fmtid="{D5CDD505-2E9C-101B-9397-08002B2CF9AE}" pid="4" name="docLang">
    <vt:lpwstr>sl</vt:lpwstr>
  </property>
</Properties>
</file>